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ABFE7" w14:textId="53F769C7" w:rsidR="006464DC" w:rsidRPr="00731A7F" w:rsidRDefault="006464DC" w:rsidP="006464DC">
      <w:pPr>
        <w:jc w:val="center"/>
        <w:rPr>
          <w:rFonts w:ascii="Garamond" w:hAnsi="Garamond" w:cs="Arial"/>
          <w:sz w:val="32"/>
          <w:szCs w:val="32"/>
        </w:rPr>
      </w:pPr>
      <w:r w:rsidRPr="00731A7F">
        <w:rPr>
          <w:rFonts w:ascii="Garamond" w:hAnsi="Garamond" w:cs="Arial"/>
          <w:noProof/>
          <w:sz w:val="32"/>
          <w:szCs w:val="32"/>
          <w:lang w:eastAsia="en-ZA"/>
        </w:rPr>
        <w:drawing>
          <wp:anchor distT="0" distB="0" distL="114300" distR="114300" simplePos="0" relativeHeight="251657216" behindDoc="0" locked="0" layoutInCell="1" allowOverlap="1" wp14:anchorId="339A898B" wp14:editId="0E07C149">
            <wp:simplePos x="0" y="0"/>
            <wp:positionH relativeFrom="column">
              <wp:posOffset>2326005</wp:posOffset>
            </wp:positionH>
            <wp:positionV relativeFrom="paragraph">
              <wp:posOffset>-430530</wp:posOffset>
            </wp:positionV>
            <wp:extent cx="838200" cy="838200"/>
            <wp:effectExtent l="0" t="0" r="0" b="0"/>
            <wp:wrapNone/>
            <wp:docPr id="1" name="Picture 1" descr="C:\Users\francesf\Dropbox (African Parks)\Head Office Communications\3. Marketing Materials\Logos &amp; Artwork\1 Final APN logo _Studio 5\African-Parks-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f\Dropbox (African Parks)\Head Office Communications\3. Marketing Materials\Logos &amp; Artwork\1 Final APN logo _Studio 5\African-Parks-logo-transpare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FF1E9" w14:textId="77777777" w:rsidR="006464DC" w:rsidRPr="00731A7F" w:rsidRDefault="006464DC" w:rsidP="006464DC">
      <w:pPr>
        <w:jc w:val="center"/>
        <w:rPr>
          <w:rFonts w:ascii="Garamond" w:hAnsi="Garamond" w:cs="Arial"/>
          <w:sz w:val="32"/>
          <w:szCs w:val="32"/>
        </w:rPr>
      </w:pPr>
      <w:r w:rsidRPr="00731A7F">
        <w:rPr>
          <w:rFonts w:ascii="Garamond" w:hAnsi="Garamond" w:cs="Arial"/>
          <w:sz w:val="32"/>
          <w:szCs w:val="32"/>
        </w:rPr>
        <w:t>African Parks Network South Sudan</w:t>
      </w:r>
    </w:p>
    <w:p w14:paraId="1160777A" w14:textId="77777777" w:rsidR="006464DC" w:rsidRPr="00731A7F" w:rsidRDefault="006464DC" w:rsidP="006464DC">
      <w:pPr>
        <w:jc w:val="center"/>
        <w:rPr>
          <w:rFonts w:ascii="Garamond" w:hAnsi="Garamond"/>
          <w:sz w:val="20"/>
          <w:szCs w:val="20"/>
        </w:rPr>
      </w:pPr>
      <w:r w:rsidRPr="00731A7F">
        <w:rPr>
          <w:rFonts w:ascii="Garamond" w:hAnsi="Garamond"/>
          <w:sz w:val="20"/>
          <w:szCs w:val="20"/>
        </w:rPr>
        <w:t>African Parks Network, Juba, South Sudan</w:t>
      </w:r>
    </w:p>
    <w:p w14:paraId="712C73A4" w14:textId="77777777" w:rsidR="006464DC" w:rsidRPr="00731A7F" w:rsidRDefault="006464DC" w:rsidP="006464DC">
      <w:pPr>
        <w:tabs>
          <w:tab w:val="left" w:pos="360"/>
        </w:tabs>
        <w:jc w:val="center"/>
        <w:rPr>
          <w:rFonts w:ascii="Garamond" w:hAnsi="Garamond"/>
        </w:rPr>
      </w:pPr>
      <w:hyperlink r:id="rId12" w:history="1">
        <w:r w:rsidRPr="00731A7F">
          <w:rPr>
            <w:rStyle w:val="Hyperlink"/>
            <w:rFonts w:ascii="Garamond" w:hAnsi="Garamond"/>
          </w:rPr>
          <w:t>info.southsudan@africanparks.org</w:t>
        </w:r>
      </w:hyperlink>
    </w:p>
    <w:p w14:paraId="2F4D3BE7" w14:textId="1905E828" w:rsidR="00F442D6" w:rsidRPr="00731A7F" w:rsidRDefault="004546E0" w:rsidP="00F442D6">
      <w:pPr>
        <w:tabs>
          <w:tab w:val="left" w:pos="360"/>
        </w:tabs>
        <w:jc w:val="center"/>
        <w:rPr>
          <w:rFonts w:ascii="Garamond" w:hAnsi="Garamond"/>
          <w:sz w:val="24"/>
          <w:szCs w:val="24"/>
        </w:rPr>
      </w:pPr>
      <w:r w:rsidRPr="00731A7F">
        <w:rPr>
          <w:rFonts w:ascii="Garamond" w:hAnsi="Garamond"/>
        </w:rPr>
        <w:br/>
      </w:r>
      <w:r w:rsidR="002010C8" w:rsidRPr="00731A7F">
        <w:rPr>
          <w:rFonts w:ascii="Garamond" w:hAnsi="Garamond"/>
          <w:sz w:val="24"/>
          <w:szCs w:val="24"/>
        </w:rPr>
        <w:t>BIDDER’S SWORN DECLARATION</w:t>
      </w:r>
    </w:p>
    <w:p w14:paraId="5B92CAE4" w14:textId="26CA05CC" w:rsidR="006464DC" w:rsidRPr="00731A7F" w:rsidRDefault="001A76B4" w:rsidP="00F442D6">
      <w:pPr>
        <w:tabs>
          <w:tab w:val="left" w:pos="360"/>
        </w:tabs>
        <w:jc w:val="center"/>
        <w:rPr>
          <w:rFonts w:ascii="Garamond" w:hAnsi="Garamond"/>
          <w:sz w:val="24"/>
          <w:szCs w:val="24"/>
        </w:rPr>
      </w:pPr>
      <w:r w:rsidRPr="00731A7F">
        <w:rPr>
          <w:rFonts w:ascii="Garamond" w:hAnsi="Garamond"/>
          <w:sz w:val="24"/>
          <w:szCs w:val="24"/>
        </w:rPr>
        <w:t>Multiple Offers</w:t>
      </w:r>
    </w:p>
    <w:p w14:paraId="44A1239B" w14:textId="77777777" w:rsidR="001A750F" w:rsidRPr="00731A7F" w:rsidRDefault="001A750F" w:rsidP="001A76B4">
      <w:pPr>
        <w:tabs>
          <w:tab w:val="left" w:pos="360"/>
        </w:tabs>
        <w:jc w:val="center"/>
        <w:rPr>
          <w:rFonts w:ascii="Garamond" w:hAnsi="Garamond"/>
          <w:b/>
          <w:bCs/>
        </w:rPr>
      </w:pPr>
    </w:p>
    <w:p w14:paraId="4D3B1E4D" w14:textId="77777777" w:rsidR="00210ADA" w:rsidRPr="00731A7F" w:rsidRDefault="00210ADA" w:rsidP="00210ADA">
      <w:pPr>
        <w:spacing w:before="100" w:beforeAutospacing="1" w:after="100" w:afterAutospacing="1" w:line="240" w:lineRule="auto"/>
        <w:rPr>
          <w:rFonts w:ascii="Garamond" w:eastAsia="Times New Roman" w:hAnsi="Garamond" w:cs="Times New Roman"/>
          <w:i/>
          <w:iCs/>
        </w:rPr>
      </w:pPr>
      <w:r w:rsidRPr="00731A7F">
        <w:rPr>
          <w:rFonts w:ascii="Garamond" w:eastAsia="Times New Roman" w:hAnsi="Garamond" w:cs="Times New Roman"/>
          <w:i/>
          <w:iCs/>
        </w:rPr>
        <w:t>To be completed by the bidder or their representative.</w:t>
      </w:r>
    </w:p>
    <w:p w14:paraId="70065E57" w14:textId="77777777" w:rsidR="00210ADA" w:rsidRPr="00731A7F" w:rsidRDefault="00210ADA" w:rsidP="00210ADA">
      <w:pPr>
        <w:spacing w:before="100" w:beforeAutospacing="1" w:after="100" w:afterAutospacing="1" w:line="240" w:lineRule="auto"/>
        <w:rPr>
          <w:rFonts w:ascii="Garamond" w:eastAsia="Times New Roman" w:hAnsi="Garamond" w:cs="Times New Roman"/>
          <w:i/>
          <w:iCs/>
        </w:rPr>
      </w:pPr>
      <w:r w:rsidRPr="00731A7F">
        <w:rPr>
          <w:rFonts w:ascii="Garamond" w:eastAsia="Times New Roman" w:hAnsi="Garamond" w:cs="Times New Roman"/>
          <w:i/>
          <w:iCs/>
        </w:rPr>
        <w:t>This formality is not required if the form has already been submitted within the last 12 months. In that case, provide that information when submitting the offer.</w:t>
      </w:r>
    </w:p>
    <w:p w14:paraId="2D7CEF97" w14:textId="3783FD08" w:rsidR="00F442D6" w:rsidRPr="00731A7F" w:rsidRDefault="004546E0" w:rsidP="00F442D6">
      <w:pPr>
        <w:rPr>
          <w:rFonts w:ascii="Garamond" w:hAnsi="Garamond"/>
          <w:b/>
          <w:bCs/>
          <w:sz w:val="24"/>
          <w:szCs w:val="24"/>
        </w:rPr>
      </w:pPr>
      <w:r w:rsidRPr="00731A7F">
        <w:rPr>
          <w:rFonts w:ascii="Garamond" w:hAnsi="Garamond"/>
        </w:rPr>
        <w:br/>
      </w:r>
      <w:r w:rsidR="00210ADA" w:rsidRPr="00731A7F">
        <w:rPr>
          <w:rFonts w:ascii="Garamond" w:hAnsi="Garamond"/>
          <w:b/>
          <w:bCs/>
        </w:rPr>
        <w:t>I the undersigned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562"/>
      </w:tblGrid>
      <w:tr w:rsidR="00210ADA" w:rsidRPr="00731A7F" w14:paraId="0FFCF64B" w14:textId="77777777" w:rsidTr="6AA1E7DF">
        <w:tc>
          <w:tcPr>
            <w:tcW w:w="4077" w:type="dxa"/>
            <w:shd w:val="clear" w:color="auto" w:fill="D9D9D9" w:themeFill="background1" w:themeFillShade="D9"/>
          </w:tcPr>
          <w:p w14:paraId="4AA241D3" w14:textId="39526F78" w:rsidR="00210ADA" w:rsidRPr="00731A7F" w:rsidRDefault="00210ADA" w:rsidP="00ED41A8">
            <w:pPr>
              <w:pStyle w:val="titlefront"/>
              <w:spacing w:before="0"/>
              <w:ind w:left="0"/>
              <w:jc w:val="left"/>
              <w:outlineLvl w:val="0"/>
              <w:rPr>
                <w:rFonts w:ascii="Garamond" w:hAnsi="Garamond"/>
                <w:b w:val="0"/>
                <w:sz w:val="22"/>
                <w:szCs w:val="22"/>
              </w:rPr>
            </w:pPr>
            <w:r w:rsidRPr="00731A7F">
              <w:rPr>
                <w:rFonts w:ascii="Garamond" w:hAnsi="Garamond"/>
                <w:b w:val="0"/>
                <w:sz w:val="22"/>
              </w:rPr>
              <w:t>Name</w:t>
            </w:r>
          </w:p>
        </w:tc>
        <w:tc>
          <w:tcPr>
            <w:tcW w:w="5562" w:type="dxa"/>
          </w:tcPr>
          <w:p w14:paraId="4DC41737" w14:textId="77777777" w:rsidR="00210ADA" w:rsidRPr="00731A7F" w:rsidRDefault="00210ADA" w:rsidP="00ED41A8">
            <w:pPr>
              <w:pStyle w:val="titlefront"/>
              <w:spacing w:before="0"/>
              <w:ind w:left="0"/>
              <w:jc w:val="left"/>
              <w:outlineLvl w:val="0"/>
              <w:rPr>
                <w:rFonts w:ascii="Garamond" w:hAnsi="Garamond"/>
                <w:b w:val="0"/>
                <w:sz w:val="22"/>
                <w:szCs w:val="22"/>
              </w:rPr>
            </w:pPr>
          </w:p>
          <w:p w14:paraId="76BB7178" w14:textId="77777777" w:rsidR="00210ADA" w:rsidRPr="00731A7F" w:rsidRDefault="00210ADA" w:rsidP="00ED41A8">
            <w:pPr>
              <w:pStyle w:val="titlefront"/>
              <w:spacing w:before="0"/>
              <w:ind w:left="0"/>
              <w:jc w:val="left"/>
              <w:outlineLvl w:val="0"/>
              <w:rPr>
                <w:rFonts w:ascii="Garamond" w:hAnsi="Garamond"/>
                <w:b w:val="0"/>
                <w:sz w:val="22"/>
                <w:szCs w:val="22"/>
              </w:rPr>
            </w:pPr>
          </w:p>
        </w:tc>
      </w:tr>
      <w:tr w:rsidR="00210ADA" w:rsidRPr="00731A7F" w14:paraId="36C884D8" w14:textId="77777777" w:rsidTr="6AA1E7DF">
        <w:tc>
          <w:tcPr>
            <w:tcW w:w="4077" w:type="dxa"/>
            <w:shd w:val="clear" w:color="auto" w:fill="D9D9D9" w:themeFill="background1" w:themeFillShade="D9"/>
          </w:tcPr>
          <w:p w14:paraId="76814BB9" w14:textId="6A025A00" w:rsidR="00210ADA" w:rsidRPr="00731A7F" w:rsidRDefault="00210ADA" w:rsidP="6AA1E7DF">
            <w:pPr>
              <w:pStyle w:val="titlefront"/>
              <w:spacing w:before="0"/>
              <w:ind w:left="0"/>
              <w:jc w:val="left"/>
              <w:outlineLvl w:val="0"/>
              <w:rPr>
                <w:rFonts w:ascii="Garamond" w:hAnsi="Garamond"/>
                <w:b w:val="0"/>
                <w:sz w:val="22"/>
                <w:szCs w:val="22"/>
              </w:rPr>
            </w:pPr>
            <w:r w:rsidRPr="6AA1E7DF">
              <w:rPr>
                <w:rFonts w:ascii="Garamond" w:hAnsi="Garamond"/>
                <w:b w:val="0"/>
                <w:sz w:val="22"/>
                <w:szCs w:val="22"/>
              </w:rPr>
              <w:t xml:space="preserve">Contact </w:t>
            </w:r>
            <w:r w:rsidR="3F91506E" w:rsidRPr="6AA1E7DF">
              <w:rPr>
                <w:rFonts w:ascii="Garamond" w:hAnsi="Garamond"/>
                <w:b w:val="0"/>
                <w:sz w:val="22"/>
                <w:szCs w:val="22"/>
              </w:rPr>
              <w:t>Details</w:t>
            </w:r>
          </w:p>
          <w:p w14:paraId="5942E60D" w14:textId="77777777" w:rsidR="00210ADA" w:rsidRPr="00731A7F" w:rsidRDefault="00210ADA" w:rsidP="00ED41A8">
            <w:pPr>
              <w:pStyle w:val="titlefront"/>
              <w:spacing w:before="0"/>
              <w:ind w:left="0"/>
              <w:jc w:val="left"/>
              <w:outlineLvl w:val="0"/>
              <w:rPr>
                <w:rFonts w:ascii="Garamond" w:hAnsi="Garamond"/>
                <w:b w:val="0"/>
                <w:sz w:val="22"/>
              </w:rPr>
            </w:pPr>
          </w:p>
        </w:tc>
        <w:tc>
          <w:tcPr>
            <w:tcW w:w="5562" w:type="dxa"/>
          </w:tcPr>
          <w:p w14:paraId="768065A6" w14:textId="77777777" w:rsidR="00210ADA" w:rsidRPr="00731A7F" w:rsidRDefault="00210ADA" w:rsidP="00ED41A8">
            <w:pPr>
              <w:pStyle w:val="titlefront"/>
              <w:spacing w:before="0"/>
              <w:ind w:left="0"/>
              <w:jc w:val="left"/>
              <w:outlineLvl w:val="0"/>
              <w:rPr>
                <w:rFonts w:ascii="Garamond" w:hAnsi="Garamond"/>
                <w:b w:val="0"/>
                <w:sz w:val="22"/>
                <w:szCs w:val="22"/>
              </w:rPr>
            </w:pPr>
          </w:p>
        </w:tc>
      </w:tr>
      <w:tr w:rsidR="00210ADA" w:rsidRPr="00731A7F" w14:paraId="5448DAE0" w14:textId="77777777" w:rsidTr="6AA1E7DF">
        <w:tc>
          <w:tcPr>
            <w:tcW w:w="4077" w:type="dxa"/>
            <w:shd w:val="clear" w:color="auto" w:fill="D9D9D9" w:themeFill="background1" w:themeFillShade="D9"/>
          </w:tcPr>
          <w:p w14:paraId="459D2FE8" w14:textId="4CE44EE1" w:rsidR="00210ADA" w:rsidRPr="00731A7F" w:rsidRDefault="00210ADA" w:rsidP="00ED41A8">
            <w:pPr>
              <w:pStyle w:val="titlefront"/>
              <w:spacing w:before="0"/>
              <w:ind w:left="0"/>
              <w:jc w:val="left"/>
              <w:outlineLvl w:val="0"/>
              <w:rPr>
                <w:rFonts w:ascii="Garamond" w:hAnsi="Garamond"/>
                <w:b w:val="0"/>
                <w:sz w:val="22"/>
              </w:rPr>
            </w:pPr>
            <w:r w:rsidRPr="00731A7F">
              <w:rPr>
                <w:rFonts w:ascii="Garamond" w:hAnsi="Garamond"/>
                <w:b w:val="0"/>
                <w:sz w:val="22"/>
              </w:rPr>
              <w:t>Nationality</w:t>
            </w:r>
          </w:p>
        </w:tc>
        <w:tc>
          <w:tcPr>
            <w:tcW w:w="5562" w:type="dxa"/>
          </w:tcPr>
          <w:p w14:paraId="3A439E2A" w14:textId="77777777" w:rsidR="00210ADA" w:rsidRPr="00731A7F" w:rsidRDefault="00210ADA" w:rsidP="00ED41A8">
            <w:pPr>
              <w:pStyle w:val="titlefront"/>
              <w:spacing w:before="0"/>
              <w:ind w:left="0"/>
              <w:jc w:val="left"/>
              <w:outlineLvl w:val="0"/>
              <w:rPr>
                <w:rFonts w:ascii="Garamond" w:hAnsi="Garamond"/>
                <w:b w:val="0"/>
                <w:sz w:val="22"/>
                <w:szCs w:val="22"/>
              </w:rPr>
            </w:pPr>
          </w:p>
          <w:p w14:paraId="4F1784A7" w14:textId="77777777" w:rsidR="00210ADA" w:rsidRPr="00731A7F" w:rsidRDefault="00210ADA" w:rsidP="00ED41A8">
            <w:pPr>
              <w:pStyle w:val="titlefront"/>
              <w:spacing w:before="0"/>
              <w:ind w:left="0"/>
              <w:jc w:val="left"/>
              <w:outlineLvl w:val="0"/>
              <w:rPr>
                <w:rFonts w:ascii="Garamond" w:hAnsi="Garamond"/>
                <w:b w:val="0"/>
                <w:sz w:val="22"/>
                <w:szCs w:val="22"/>
              </w:rPr>
            </w:pPr>
          </w:p>
        </w:tc>
      </w:tr>
      <w:tr w:rsidR="00210ADA" w:rsidRPr="00731A7F" w14:paraId="71F19D44" w14:textId="77777777" w:rsidTr="6AA1E7DF">
        <w:tc>
          <w:tcPr>
            <w:tcW w:w="4077" w:type="dxa"/>
            <w:shd w:val="clear" w:color="auto" w:fill="D9D9D9" w:themeFill="background1" w:themeFillShade="D9"/>
          </w:tcPr>
          <w:p w14:paraId="0A01A5E9" w14:textId="3D3C10A8" w:rsidR="00210ADA" w:rsidRPr="00731A7F" w:rsidRDefault="00210ADA" w:rsidP="00ED41A8">
            <w:pPr>
              <w:pStyle w:val="titlefront"/>
              <w:spacing w:before="0"/>
              <w:ind w:left="0"/>
              <w:jc w:val="left"/>
              <w:outlineLvl w:val="0"/>
              <w:rPr>
                <w:rFonts w:ascii="Garamond" w:hAnsi="Garamond"/>
                <w:b w:val="0"/>
                <w:sz w:val="22"/>
                <w:szCs w:val="22"/>
                <w:lang w:val="en-US"/>
              </w:rPr>
            </w:pPr>
            <w:r w:rsidRPr="00731A7F">
              <w:rPr>
                <w:rFonts w:ascii="Garamond" w:hAnsi="Garamond"/>
                <w:b w:val="0"/>
                <w:sz w:val="22"/>
                <w:lang w:val="en-US"/>
              </w:rPr>
              <w:t>ID card or passport number</w:t>
            </w:r>
          </w:p>
        </w:tc>
        <w:tc>
          <w:tcPr>
            <w:tcW w:w="5562" w:type="dxa"/>
          </w:tcPr>
          <w:p w14:paraId="7C4689A6" w14:textId="77777777" w:rsidR="00210ADA" w:rsidRPr="00731A7F" w:rsidRDefault="00210ADA" w:rsidP="00ED41A8">
            <w:pPr>
              <w:pStyle w:val="titlefront"/>
              <w:spacing w:before="0"/>
              <w:ind w:left="0"/>
              <w:jc w:val="left"/>
              <w:outlineLvl w:val="0"/>
              <w:rPr>
                <w:rFonts w:ascii="Garamond" w:hAnsi="Garamond"/>
                <w:b w:val="0"/>
                <w:sz w:val="22"/>
                <w:szCs w:val="22"/>
                <w:lang w:val="en-US"/>
              </w:rPr>
            </w:pPr>
          </w:p>
          <w:p w14:paraId="391B9360" w14:textId="77777777" w:rsidR="00210ADA" w:rsidRPr="00731A7F" w:rsidRDefault="00210ADA" w:rsidP="00ED41A8">
            <w:pPr>
              <w:pStyle w:val="titlefront"/>
              <w:spacing w:before="0"/>
              <w:ind w:left="0"/>
              <w:jc w:val="left"/>
              <w:outlineLvl w:val="0"/>
              <w:rPr>
                <w:rFonts w:ascii="Garamond" w:hAnsi="Garamond"/>
                <w:b w:val="0"/>
                <w:sz w:val="22"/>
                <w:szCs w:val="22"/>
                <w:lang w:val="en-US"/>
              </w:rPr>
            </w:pPr>
          </w:p>
        </w:tc>
      </w:tr>
    </w:tbl>
    <w:p w14:paraId="3EDD4B65" w14:textId="4457E209" w:rsidR="00210ADA" w:rsidRPr="00731A7F" w:rsidRDefault="00210ADA" w:rsidP="00F442D6">
      <w:pPr>
        <w:rPr>
          <w:rFonts w:ascii="Garamond" w:hAnsi="Garamond"/>
          <w:b/>
          <w:bCs/>
          <w:sz w:val="24"/>
          <w:szCs w:val="24"/>
        </w:rPr>
      </w:pPr>
    </w:p>
    <w:p w14:paraId="7A874769" w14:textId="79FA545B" w:rsidR="00210ADA" w:rsidRPr="00731A7F" w:rsidRDefault="00210ADA" w:rsidP="00F442D6">
      <w:pPr>
        <w:rPr>
          <w:rFonts w:ascii="Garamond" w:hAnsi="Garamond"/>
          <w:b/>
          <w:bCs/>
        </w:rPr>
      </w:pPr>
      <w:r w:rsidRPr="00731A7F">
        <w:rPr>
          <w:rFonts w:ascii="Garamond" w:hAnsi="Garamond"/>
          <w:b/>
          <w:bCs/>
        </w:rPr>
        <w:t>Representing the company:</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562"/>
      </w:tblGrid>
      <w:tr w:rsidR="00210ADA" w:rsidRPr="00731A7F" w14:paraId="3F423E76" w14:textId="77777777" w:rsidTr="00ED41A8">
        <w:tc>
          <w:tcPr>
            <w:tcW w:w="4077" w:type="dxa"/>
            <w:shd w:val="clear" w:color="auto" w:fill="D9D9D9"/>
          </w:tcPr>
          <w:p w14:paraId="446590EA" w14:textId="3F849A30" w:rsidR="00210ADA" w:rsidRPr="00731A7F" w:rsidRDefault="00210ADA" w:rsidP="00210ADA">
            <w:pPr>
              <w:pStyle w:val="titlefront"/>
              <w:spacing w:before="0"/>
              <w:ind w:left="0"/>
              <w:jc w:val="left"/>
              <w:outlineLvl w:val="0"/>
              <w:rPr>
                <w:rFonts w:ascii="Garamond" w:hAnsi="Garamond"/>
                <w:b w:val="0"/>
                <w:sz w:val="22"/>
                <w:szCs w:val="16"/>
              </w:rPr>
            </w:pPr>
            <w:r w:rsidRPr="00731A7F">
              <w:rPr>
                <w:rStyle w:val="Strong"/>
                <w:rFonts w:ascii="Garamond" w:hAnsi="Garamond"/>
                <w:sz w:val="22"/>
                <w:szCs w:val="16"/>
              </w:rPr>
              <w:t>Name</w:t>
            </w:r>
          </w:p>
        </w:tc>
        <w:tc>
          <w:tcPr>
            <w:tcW w:w="5562" w:type="dxa"/>
          </w:tcPr>
          <w:p w14:paraId="07752785" w14:textId="77777777" w:rsidR="00210ADA" w:rsidRPr="00731A7F" w:rsidRDefault="00210ADA" w:rsidP="00210ADA">
            <w:pPr>
              <w:pStyle w:val="titlefront"/>
              <w:spacing w:before="0"/>
              <w:ind w:left="0"/>
              <w:jc w:val="left"/>
              <w:outlineLvl w:val="0"/>
              <w:rPr>
                <w:rFonts w:ascii="Garamond" w:hAnsi="Garamond"/>
                <w:b w:val="0"/>
                <w:sz w:val="22"/>
                <w:szCs w:val="22"/>
              </w:rPr>
            </w:pPr>
          </w:p>
          <w:p w14:paraId="3479C9DF" w14:textId="77777777" w:rsidR="00210ADA" w:rsidRPr="00731A7F" w:rsidRDefault="00210ADA" w:rsidP="00210ADA">
            <w:pPr>
              <w:pStyle w:val="titlefront"/>
              <w:spacing w:before="0"/>
              <w:ind w:left="0"/>
              <w:jc w:val="left"/>
              <w:outlineLvl w:val="0"/>
              <w:rPr>
                <w:rFonts w:ascii="Garamond" w:hAnsi="Garamond"/>
                <w:b w:val="0"/>
                <w:sz w:val="22"/>
                <w:szCs w:val="22"/>
              </w:rPr>
            </w:pPr>
          </w:p>
        </w:tc>
      </w:tr>
      <w:tr w:rsidR="00210ADA" w:rsidRPr="00731A7F" w14:paraId="19EC4F76" w14:textId="77777777" w:rsidTr="00ED41A8">
        <w:tc>
          <w:tcPr>
            <w:tcW w:w="4077" w:type="dxa"/>
            <w:shd w:val="clear" w:color="auto" w:fill="D9D9D9"/>
          </w:tcPr>
          <w:p w14:paraId="6B631586" w14:textId="15CD7E99" w:rsidR="00210ADA" w:rsidRPr="00731A7F" w:rsidRDefault="00210ADA" w:rsidP="00210ADA">
            <w:pPr>
              <w:pStyle w:val="titlefront"/>
              <w:spacing w:before="0"/>
              <w:ind w:left="0"/>
              <w:jc w:val="left"/>
              <w:outlineLvl w:val="0"/>
              <w:rPr>
                <w:rFonts w:ascii="Garamond" w:hAnsi="Garamond"/>
                <w:b w:val="0"/>
                <w:sz w:val="22"/>
                <w:szCs w:val="16"/>
              </w:rPr>
            </w:pPr>
            <w:r w:rsidRPr="00731A7F">
              <w:rPr>
                <w:rStyle w:val="Strong"/>
                <w:rFonts w:ascii="Garamond" w:hAnsi="Garamond"/>
                <w:sz w:val="22"/>
                <w:szCs w:val="16"/>
              </w:rPr>
              <w:t>Registered address</w:t>
            </w:r>
          </w:p>
        </w:tc>
        <w:tc>
          <w:tcPr>
            <w:tcW w:w="5562" w:type="dxa"/>
          </w:tcPr>
          <w:p w14:paraId="533D9BA8" w14:textId="77777777" w:rsidR="00210ADA" w:rsidRPr="00731A7F" w:rsidRDefault="00210ADA" w:rsidP="00210ADA">
            <w:pPr>
              <w:pStyle w:val="titlefront"/>
              <w:spacing w:before="0"/>
              <w:ind w:left="0"/>
              <w:jc w:val="left"/>
              <w:outlineLvl w:val="0"/>
              <w:rPr>
                <w:rFonts w:ascii="Garamond" w:hAnsi="Garamond"/>
                <w:b w:val="0"/>
                <w:sz w:val="22"/>
                <w:szCs w:val="22"/>
              </w:rPr>
            </w:pPr>
          </w:p>
          <w:p w14:paraId="7D895E1C" w14:textId="77777777" w:rsidR="00210ADA" w:rsidRPr="00731A7F" w:rsidRDefault="00210ADA" w:rsidP="00210ADA">
            <w:pPr>
              <w:pStyle w:val="titlefront"/>
              <w:spacing w:before="0"/>
              <w:ind w:left="0"/>
              <w:jc w:val="left"/>
              <w:outlineLvl w:val="0"/>
              <w:rPr>
                <w:rFonts w:ascii="Garamond" w:hAnsi="Garamond"/>
                <w:b w:val="0"/>
                <w:sz w:val="22"/>
                <w:szCs w:val="22"/>
              </w:rPr>
            </w:pPr>
          </w:p>
        </w:tc>
      </w:tr>
      <w:tr w:rsidR="00210ADA" w:rsidRPr="00731A7F" w14:paraId="0912F82A" w14:textId="77777777" w:rsidTr="00ED41A8">
        <w:tc>
          <w:tcPr>
            <w:tcW w:w="4077" w:type="dxa"/>
            <w:shd w:val="clear" w:color="auto" w:fill="D9D9D9"/>
          </w:tcPr>
          <w:p w14:paraId="19B11BF0" w14:textId="17D155C9" w:rsidR="00210ADA" w:rsidRPr="00731A7F" w:rsidRDefault="00210ADA" w:rsidP="00210ADA">
            <w:pPr>
              <w:pStyle w:val="titlefront"/>
              <w:spacing w:before="0"/>
              <w:ind w:left="0"/>
              <w:jc w:val="left"/>
              <w:outlineLvl w:val="0"/>
              <w:rPr>
                <w:rFonts w:ascii="Garamond" w:hAnsi="Garamond"/>
                <w:b w:val="0"/>
                <w:sz w:val="22"/>
                <w:szCs w:val="16"/>
              </w:rPr>
            </w:pPr>
            <w:r w:rsidRPr="00731A7F">
              <w:rPr>
                <w:rStyle w:val="Strong"/>
                <w:rFonts w:ascii="Garamond" w:hAnsi="Garamond"/>
                <w:sz w:val="22"/>
                <w:szCs w:val="16"/>
              </w:rPr>
              <w:t>Contact details</w:t>
            </w:r>
          </w:p>
        </w:tc>
        <w:tc>
          <w:tcPr>
            <w:tcW w:w="5562" w:type="dxa"/>
          </w:tcPr>
          <w:p w14:paraId="3A899743" w14:textId="77777777" w:rsidR="00210ADA" w:rsidRPr="00731A7F" w:rsidRDefault="00210ADA" w:rsidP="00210ADA">
            <w:pPr>
              <w:pStyle w:val="titlefront"/>
              <w:spacing w:before="0"/>
              <w:ind w:left="0"/>
              <w:jc w:val="left"/>
              <w:outlineLvl w:val="0"/>
              <w:rPr>
                <w:rFonts w:ascii="Garamond" w:hAnsi="Garamond"/>
                <w:b w:val="0"/>
                <w:sz w:val="22"/>
                <w:szCs w:val="22"/>
              </w:rPr>
            </w:pPr>
          </w:p>
          <w:p w14:paraId="4B7CAD58" w14:textId="77777777" w:rsidR="00210ADA" w:rsidRPr="00731A7F" w:rsidRDefault="00210ADA" w:rsidP="00210ADA">
            <w:pPr>
              <w:pStyle w:val="titlefront"/>
              <w:spacing w:before="0"/>
              <w:ind w:left="0"/>
              <w:jc w:val="left"/>
              <w:outlineLvl w:val="0"/>
              <w:rPr>
                <w:rFonts w:ascii="Garamond" w:hAnsi="Garamond"/>
                <w:b w:val="0"/>
                <w:sz w:val="22"/>
                <w:szCs w:val="22"/>
              </w:rPr>
            </w:pPr>
          </w:p>
        </w:tc>
      </w:tr>
      <w:tr w:rsidR="00210ADA" w:rsidRPr="00731A7F" w14:paraId="2C7086EF" w14:textId="77777777" w:rsidTr="00ED41A8">
        <w:tc>
          <w:tcPr>
            <w:tcW w:w="4077" w:type="dxa"/>
            <w:shd w:val="clear" w:color="auto" w:fill="D9D9D9"/>
          </w:tcPr>
          <w:p w14:paraId="37C72C04" w14:textId="58232DC6" w:rsidR="00210ADA" w:rsidRPr="00731A7F" w:rsidRDefault="00731A7F" w:rsidP="00210ADA">
            <w:pPr>
              <w:pStyle w:val="titlefront"/>
              <w:spacing w:before="0"/>
              <w:ind w:left="0"/>
              <w:jc w:val="left"/>
              <w:outlineLvl w:val="0"/>
              <w:rPr>
                <w:rFonts w:ascii="Garamond" w:hAnsi="Garamond"/>
                <w:b w:val="0"/>
                <w:sz w:val="22"/>
                <w:szCs w:val="16"/>
              </w:rPr>
            </w:pPr>
            <w:r w:rsidRPr="00731A7F">
              <w:rPr>
                <w:rStyle w:val="Strong"/>
                <w:rFonts w:ascii="Garamond" w:hAnsi="Garamond"/>
                <w:sz w:val="22"/>
                <w:szCs w:val="16"/>
              </w:rPr>
              <w:t>Company</w:t>
            </w:r>
            <w:r w:rsidR="00210ADA" w:rsidRPr="00731A7F">
              <w:rPr>
                <w:rStyle w:val="Strong"/>
                <w:rFonts w:ascii="Garamond" w:hAnsi="Garamond"/>
                <w:sz w:val="22"/>
                <w:szCs w:val="16"/>
              </w:rPr>
              <w:t xml:space="preserve"> registry registration number</w:t>
            </w:r>
          </w:p>
        </w:tc>
        <w:tc>
          <w:tcPr>
            <w:tcW w:w="5562" w:type="dxa"/>
          </w:tcPr>
          <w:p w14:paraId="6EF0573D" w14:textId="77777777" w:rsidR="00210ADA" w:rsidRPr="00731A7F" w:rsidRDefault="00210ADA" w:rsidP="00210ADA">
            <w:pPr>
              <w:pStyle w:val="titlefront"/>
              <w:spacing w:before="0"/>
              <w:ind w:left="0"/>
              <w:jc w:val="left"/>
              <w:outlineLvl w:val="0"/>
              <w:rPr>
                <w:rFonts w:ascii="Garamond" w:hAnsi="Garamond"/>
                <w:b w:val="0"/>
                <w:sz w:val="22"/>
                <w:szCs w:val="22"/>
              </w:rPr>
            </w:pPr>
          </w:p>
          <w:p w14:paraId="154FAB6F" w14:textId="77777777" w:rsidR="00210ADA" w:rsidRPr="00731A7F" w:rsidRDefault="00210ADA" w:rsidP="00210ADA">
            <w:pPr>
              <w:pStyle w:val="titlefront"/>
              <w:spacing w:before="0"/>
              <w:ind w:left="0"/>
              <w:jc w:val="left"/>
              <w:outlineLvl w:val="0"/>
              <w:rPr>
                <w:rFonts w:ascii="Garamond" w:hAnsi="Garamond"/>
                <w:b w:val="0"/>
                <w:sz w:val="22"/>
                <w:szCs w:val="22"/>
              </w:rPr>
            </w:pPr>
          </w:p>
        </w:tc>
      </w:tr>
    </w:tbl>
    <w:p w14:paraId="13832ADC" w14:textId="2A1000E1" w:rsidR="00210ADA" w:rsidRPr="00731A7F" w:rsidRDefault="00210ADA" w:rsidP="00F442D6">
      <w:pPr>
        <w:rPr>
          <w:rFonts w:ascii="Garamond" w:hAnsi="Garamond"/>
          <w:b/>
          <w:bCs/>
          <w:sz w:val="24"/>
          <w:szCs w:val="24"/>
          <w:lang w:val="fr-FR"/>
        </w:rPr>
      </w:pPr>
    </w:p>
    <w:p w14:paraId="3FCE752A" w14:textId="77777777" w:rsidR="00225962" w:rsidRPr="00731A7F" w:rsidRDefault="00225962">
      <w:pPr>
        <w:rPr>
          <w:rFonts w:ascii="Garamond" w:hAnsi="Garamond"/>
          <w:b/>
          <w:bCs/>
        </w:rPr>
      </w:pPr>
      <w:r w:rsidRPr="00731A7F">
        <w:rPr>
          <w:rFonts w:ascii="Garamond" w:hAnsi="Garamond"/>
          <w:b/>
          <w:bCs/>
        </w:rPr>
        <w:br w:type="page"/>
      </w:r>
    </w:p>
    <w:p w14:paraId="42FE921A" w14:textId="3A573D11" w:rsidR="00210ADA" w:rsidRPr="00731A7F" w:rsidRDefault="00210ADA" w:rsidP="00F442D6">
      <w:pPr>
        <w:rPr>
          <w:rFonts w:ascii="Garamond" w:hAnsi="Garamond"/>
          <w:b/>
          <w:bCs/>
        </w:rPr>
      </w:pPr>
      <w:r w:rsidRPr="00731A7F">
        <w:rPr>
          <w:rFonts w:ascii="Garamond" w:hAnsi="Garamond"/>
          <w:b/>
          <w:bCs/>
        </w:rPr>
        <w:lastRenderedPageBreak/>
        <w:t>Declare that:</w:t>
      </w:r>
    </w:p>
    <w:p w14:paraId="4EFF271D" w14:textId="2D8C629F" w:rsidR="00210ADA" w:rsidRPr="00731A7F" w:rsidRDefault="00210ADA" w:rsidP="00F442D6">
      <w:pPr>
        <w:rPr>
          <w:rFonts w:ascii="Garamond" w:hAnsi="Garamond"/>
          <w:b/>
          <w:bCs/>
        </w:rPr>
      </w:pPr>
    </w:p>
    <w:tbl>
      <w:tblPr>
        <w:tblW w:w="9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8"/>
        <w:gridCol w:w="811"/>
        <w:gridCol w:w="878"/>
      </w:tblGrid>
      <w:tr w:rsidR="00210ADA" w:rsidRPr="00731A7F" w14:paraId="2E607C18" w14:textId="77777777" w:rsidTr="00ED41A8">
        <w:tc>
          <w:tcPr>
            <w:tcW w:w="7958" w:type="dxa"/>
          </w:tcPr>
          <w:p w14:paraId="6BDAB198" w14:textId="48ED1C92" w:rsidR="00210ADA" w:rsidRPr="00731A7F" w:rsidRDefault="00210ADA" w:rsidP="00ED41A8">
            <w:pPr>
              <w:rPr>
                <w:rFonts w:ascii="Garamond" w:hAnsi="Garamond"/>
              </w:rPr>
            </w:pPr>
            <w:r w:rsidRPr="00731A7F">
              <w:rPr>
                <w:rFonts w:ascii="Garamond" w:hAnsi="Garamond"/>
              </w:rPr>
              <w:t>The company is not in any of the following situations:</w:t>
            </w:r>
          </w:p>
        </w:tc>
        <w:tc>
          <w:tcPr>
            <w:tcW w:w="811" w:type="dxa"/>
            <w:shd w:val="clear" w:color="auto" w:fill="D9D9D9"/>
          </w:tcPr>
          <w:p w14:paraId="3FDBFCBE" w14:textId="7BC17504" w:rsidR="00210ADA" w:rsidRPr="00731A7F" w:rsidRDefault="00210ADA" w:rsidP="00ED41A8">
            <w:pPr>
              <w:spacing w:before="40" w:after="40"/>
              <w:ind w:left="142"/>
              <w:jc w:val="both"/>
              <w:rPr>
                <w:rFonts w:ascii="Garamond" w:hAnsi="Garamond"/>
                <w:noProof/>
              </w:rPr>
            </w:pPr>
            <w:r w:rsidRPr="00731A7F">
              <w:rPr>
                <w:rFonts w:ascii="Garamond" w:hAnsi="Garamond"/>
              </w:rPr>
              <w:t>Yes</w:t>
            </w:r>
          </w:p>
        </w:tc>
        <w:tc>
          <w:tcPr>
            <w:tcW w:w="878" w:type="dxa"/>
            <w:shd w:val="clear" w:color="auto" w:fill="D9D9D9"/>
          </w:tcPr>
          <w:p w14:paraId="757BEDD8" w14:textId="47B30AD8" w:rsidR="00210ADA" w:rsidRPr="00731A7F" w:rsidRDefault="00210ADA" w:rsidP="00ED41A8">
            <w:pPr>
              <w:spacing w:before="40" w:after="40"/>
              <w:ind w:left="142"/>
              <w:jc w:val="both"/>
              <w:rPr>
                <w:rFonts w:ascii="Garamond" w:hAnsi="Garamond"/>
                <w:noProof/>
              </w:rPr>
            </w:pPr>
            <w:r w:rsidRPr="00731A7F">
              <w:rPr>
                <w:rFonts w:ascii="Garamond" w:hAnsi="Garamond"/>
              </w:rPr>
              <w:t>No</w:t>
            </w:r>
          </w:p>
        </w:tc>
      </w:tr>
      <w:tr w:rsidR="00210ADA" w:rsidRPr="00731A7F" w14:paraId="4666794C" w14:textId="77777777" w:rsidTr="00ED41A8">
        <w:tc>
          <w:tcPr>
            <w:tcW w:w="7958" w:type="dxa"/>
            <w:shd w:val="clear" w:color="auto" w:fill="D9D9D9"/>
          </w:tcPr>
          <w:p w14:paraId="46856BAD" w14:textId="1E105D1F" w:rsidR="00210ADA" w:rsidRPr="00731A7F" w:rsidRDefault="00210ADA" w:rsidP="00210ADA">
            <w:pPr>
              <w:pStyle w:val="Text1"/>
              <w:numPr>
                <w:ilvl w:val="0"/>
                <w:numId w:val="17"/>
              </w:numPr>
              <w:spacing w:before="40" w:after="40"/>
              <w:rPr>
                <w:rFonts w:ascii="Garamond" w:hAnsi="Garamond"/>
                <w:noProof/>
                <w:sz w:val="22"/>
                <w:lang w:val="en-US"/>
              </w:rPr>
            </w:pPr>
            <w:r w:rsidRPr="00731A7F">
              <w:rPr>
                <w:rFonts w:ascii="Garamond" w:hAnsi="Garamond"/>
                <w:sz w:val="22"/>
                <w:lang w:val="en-US"/>
              </w:rPr>
              <w:t>Bankrupt, undergoing insolvency or liquidation proceedings, placed under judicial administration, having concluded a preventive settlement, or having ceased activities</w:t>
            </w:r>
          </w:p>
        </w:tc>
        <w:tc>
          <w:tcPr>
            <w:tcW w:w="811" w:type="dxa"/>
          </w:tcPr>
          <w:p w14:paraId="0780A637"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6D7541B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20037784" w14:textId="77777777" w:rsidTr="00ED41A8">
        <w:tc>
          <w:tcPr>
            <w:tcW w:w="7958" w:type="dxa"/>
            <w:shd w:val="clear" w:color="auto" w:fill="D9D9D9"/>
          </w:tcPr>
          <w:p w14:paraId="64482975" w14:textId="37825555" w:rsidR="00210ADA" w:rsidRPr="00731A7F" w:rsidRDefault="00210ADA" w:rsidP="00210ADA">
            <w:pPr>
              <w:pStyle w:val="Text1"/>
              <w:numPr>
                <w:ilvl w:val="0"/>
                <w:numId w:val="17"/>
              </w:numPr>
              <w:spacing w:before="40" w:after="40"/>
              <w:rPr>
                <w:rFonts w:ascii="Garamond" w:hAnsi="Garamond"/>
                <w:noProof/>
                <w:sz w:val="22"/>
                <w:lang w:val="en-US"/>
              </w:rPr>
            </w:pPr>
            <w:r w:rsidRPr="00731A7F">
              <w:rPr>
                <w:rFonts w:ascii="Garamond" w:hAnsi="Garamond"/>
                <w:sz w:val="22"/>
                <w:lang w:val="en-US"/>
              </w:rPr>
              <w:t>Has been convicted by a final judgment or administrative decision for failing to comply with obligations regarding payment of taxes or social security contributions</w:t>
            </w:r>
          </w:p>
        </w:tc>
        <w:tc>
          <w:tcPr>
            <w:tcW w:w="811" w:type="dxa"/>
          </w:tcPr>
          <w:p w14:paraId="3F6B46F8"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bookmarkStart w:id="0" w:name="Check1"/>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bookmarkEnd w:id="0"/>
          </w:p>
        </w:tc>
        <w:tc>
          <w:tcPr>
            <w:tcW w:w="878" w:type="dxa"/>
          </w:tcPr>
          <w:p w14:paraId="118E6D4A"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47E252F1" w14:textId="77777777" w:rsidTr="00ED41A8">
        <w:tc>
          <w:tcPr>
            <w:tcW w:w="7958" w:type="dxa"/>
            <w:shd w:val="clear" w:color="auto" w:fill="D9D9D9"/>
          </w:tcPr>
          <w:p w14:paraId="400CCF4E" w14:textId="080E94B6" w:rsidR="00210ADA" w:rsidRPr="00731A7F" w:rsidRDefault="00210ADA" w:rsidP="00210ADA">
            <w:pPr>
              <w:pStyle w:val="Text1"/>
              <w:numPr>
                <w:ilvl w:val="0"/>
                <w:numId w:val="17"/>
              </w:numPr>
              <w:spacing w:before="40" w:after="40"/>
              <w:rPr>
                <w:rFonts w:ascii="Garamond" w:hAnsi="Garamond"/>
                <w:noProof/>
                <w:sz w:val="22"/>
                <w:lang w:val="en-US"/>
              </w:rPr>
            </w:pPr>
            <w:r w:rsidRPr="00731A7F">
              <w:rPr>
                <w:rFonts w:ascii="Garamond" w:hAnsi="Garamond"/>
                <w:sz w:val="22"/>
                <w:lang w:val="en-US"/>
              </w:rPr>
              <w:t>Has been convicted by a final judgment or administrative decision for serious professional misconduct by violating applicable legislative or regulatory provisions or professional ethical standards, or by committing serious negligence, including in particular any of the following behaviors:</w:t>
            </w:r>
          </w:p>
        </w:tc>
        <w:tc>
          <w:tcPr>
            <w:tcW w:w="1689" w:type="dxa"/>
            <w:gridSpan w:val="2"/>
          </w:tcPr>
          <w:p w14:paraId="4679C0B2" w14:textId="77777777" w:rsidR="00210ADA" w:rsidRPr="00731A7F" w:rsidRDefault="00210ADA" w:rsidP="00ED41A8">
            <w:pPr>
              <w:spacing w:before="240" w:after="120"/>
              <w:jc w:val="both"/>
              <w:rPr>
                <w:rFonts w:ascii="Garamond" w:hAnsi="Garamond"/>
                <w:noProof/>
              </w:rPr>
            </w:pPr>
          </w:p>
        </w:tc>
      </w:tr>
      <w:tr w:rsidR="00210ADA" w:rsidRPr="00731A7F" w14:paraId="4F596C6B" w14:textId="77777777" w:rsidTr="00ED41A8">
        <w:tc>
          <w:tcPr>
            <w:tcW w:w="7958" w:type="dxa"/>
            <w:shd w:val="clear" w:color="auto" w:fill="D9D9D9"/>
          </w:tcPr>
          <w:p w14:paraId="5094BF11" w14:textId="417B6FF1" w:rsidR="00210ADA" w:rsidRPr="00731A7F" w:rsidRDefault="00210ADA" w:rsidP="00ED41A8">
            <w:pPr>
              <w:pStyle w:val="Text1"/>
              <w:spacing w:before="40" w:after="0"/>
              <w:ind w:left="0"/>
              <w:jc w:val="left"/>
              <w:rPr>
                <w:rFonts w:ascii="Garamond" w:hAnsi="Garamond"/>
                <w:sz w:val="22"/>
                <w:lang w:val="en-US"/>
              </w:rPr>
            </w:pPr>
            <w:bookmarkStart w:id="1" w:name="_DV_C368"/>
            <w:proofErr w:type="spellStart"/>
            <w:r w:rsidRPr="00731A7F">
              <w:rPr>
                <w:rFonts w:ascii="Garamond" w:hAnsi="Garamond"/>
                <w:sz w:val="22"/>
                <w:lang w:val="en-US"/>
              </w:rPr>
              <w:t>i</w:t>
            </w:r>
            <w:proofErr w:type="spellEnd"/>
            <w:r w:rsidRPr="00731A7F">
              <w:rPr>
                <w:rFonts w:ascii="Garamond" w:hAnsi="Garamond"/>
                <w:sz w:val="22"/>
                <w:lang w:val="en-US"/>
              </w:rPr>
              <w:t>) Fraudulent or negligent submission of false statements regarding the absence of exclusion grounds or compliance with eligibility or selection criteria</w:t>
            </w:r>
            <w:bookmarkEnd w:id="1"/>
          </w:p>
        </w:tc>
        <w:tc>
          <w:tcPr>
            <w:tcW w:w="811" w:type="dxa"/>
          </w:tcPr>
          <w:p w14:paraId="7572CF02" w14:textId="77777777" w:rsidR="00210ADA" w:rsidRPr="00731A7F" w:rsidRDefault="00210ADA" w:rsidP="00ED41A8">
            <w:pPr>
              <w:spacing w:before="240" w:after="120"/>
              <w:jc w:val="center"/>
              <w:rPr>
                <w:rFonts w:ascii="Garamond" w:eastAsia="Calibri" w:hAnsi="Garamond"/>
              </w:rPr>
            </w:pPr>
            <w:r w:rsidRPr="00731A7F">
              <w:rPr>
                <w:rFonts w:ascii="Garamond" w:eastAsia="Calibri" w:hAnsi="Garamond"/>
              </w:rPr>
              <w:fldChar w:fldCharType="begin">
                <w:ffData>
                  <w:name w:val="Check1"/>
                  <w:enabled/>
                  <w:calcOnExit w:val="0"/>
                  <w:checkBox>
                    <w:sizeAuto/>
                    <w:default w:val="0"/>
                  </w:checkBox>
                </w:ffData>
              </w:fldChar>
            </w:r>
            <w:r w:rsidRPr="00731A7F">
              <w:rPr>
                <w:rFonts w:ascii="Garamond" w:eastAsia="Calibri" w:hAnsi="Garamond"/>
              </w:rPr>
              <w:instrText xml:space="preserve"> FORMCHECKBOX </w:instrText>
            </w:r>
            <w:r w:rsidRPr="00731A7F">
              <w:rPr>
                <w:rFonts w:ascii="Garamond" w:eastAsia="Calibri" w:hAnsi="Garamond"/>
              </w:rPr>
            </w:r>
            <w:r w:rsidRPr="00731A7F">
              <w:rPr>
                <w:rFonts w:ascii="Garamond" w:eastAsia="Calibri" w:hAnsi="Garamond"/>
              </w:rPr>
              <w:fldChar w:fldCharType="separate"/>
            </w:r>
            <w:r w:rsidRPr="00731A7F">
              <w:rPr>
                <w:rFonts w:ascii="Garamond" w:eastAsia="Calibri" w:hAnsi="Garamond"/>
              </w:rPr>
              <w:fldChar w:fldCharType="end"/>
            </w:r>
          </w:p>
        </w:tc>
        <w:tc>
          <w:tcPr>
            <w:tcW w:w="878" w:type="dxa"/>
          </w:tcPr>
          <w:p w14:paraId="507C65C7" w14:textId="77777777" w:rsidR="00210ADA" w:rsidRPr="00731A7F" w:rsidRDefault="00210ADA" w:rsidP="00ED41A8">
            <w:pPr>
              <w:spacing w:before="240" w:after="120"/>
              <w:jc w:val="center"/>
              <w:rPr>
                <w:rFonts w:ascii="Garamond" w:eastAsia="Calibri" w:hAnsi="Garamond"/>
              </w:rPr>
            </w:pPr>
            <w:r w:rsidRPr="00731A7F">
              <w:rPr>
                <w:rFonts w:ascii="Garamond" w:eastAsia="Calibri" w:hAnsi="Garamond"/>
              </w:rPr>
              <w:fldChar w:fldCharType="begin">
                <w:ffData>
                  <w:name w:val="Check1"/>
                  <w:enabled/>
                  <w:calcOnExit w:val="0"/>
                  <w:checkBox>
                    <w:sizeAuto/>
                    <w:default w:val="0"/>
                  </w:checkBox>
                </w:ffData>
              </w:fldChar>
            </w:r>
            <w:r w:rsidRPr="00731A7F">
              <w:rPr>
                <w:rFonts w:ascii="Garamond" w:eastAsia="Calibri" w:hAnsi="Garamond"/>
              </w:rPr>
              <w:instrText xml:space="preserve"> FORMCHECKBOX </w:instrText>
            </w:r>
            <w:r w:rsidRPr="00731A7F">
              <w:rPr>
                <w:rFonts w:ascii="Garamond" w:eastAsia="Calibri" w:hAnsi="Garamond"/>
              </w:rPr>
            </w:r>
            <w:r w:rsidRPr="00731A7F">
              <w:rPr>
                <w:rFonts w:ascii="Garamond" w:eastAsia="Calibri" w:hAnsi="Garamond"/>
              </w:rPr>
              <w:fldChar w:fldCharType="separate"/>
            </w:r>
            <w:r w:rsidRPr="00731A7F">
              <w:rPr>
                <w:rFonts w:ascii="Garamond" w:eastAsia="Calibri" w:hAnsi="Garamond"/>
              </w:rPr>
              <w:fldChar w:fldCharType="end"/>
            </w:r>
          </w:p>
        </w:tc>
      </w:tr>
      <w:tr w:rsidR="00210ADA" w:rsidRPr="00731A7F" w14:paraId="0A2DA4BC" w14:textId="77777777" w:rsidTr="00ED41A8">
        <w:trPr>
          <w:trHeight w:val="362"/>
        </w:trPr>
        <w:tc>
          <w:tcPr>
            <w:tcW w:w="7958" w:type="dxa"/>
            <w:shd w:val="clear" w:color="auto" w:fill="D9D9D9"/>
          </w:tcPr>
          <w:p w14:paraId="34A118A4" w14:textId="69F7B47F" w:rsidR="00210ADA" w:rsidRPr="00731A7F" w:rsidRDefault="00210ADA" w:rsidP="00ED41A8">
            <w:pPr>
              <w:pStyle w:val="Text1"/>
              <w:spacing w:before="40" w:after="40"/>
              <w:ind w:left="0"/>
              <w:rPr>
                <w:rFonts w:ascii="Garamond" w:hAnsi="Garamond"/>
                <w:noProof/>
                <w:sz w:val="22"/>
                <w:lang w:val="en-US"/>
              </w:rPr>
            </w:pPr>
            <w:bookmarkStart w:id="2" w:name="_DV_C369"/>
            <w:r w:rsidRPr="00731A7F">
              <w:rPr>
                <w:rFonts w:ascii="Garamond" w:hAnsi="Garamond"/>
                <w:color w:val="000000"/>
                <w:sz w:val="22"/>
                <w:lang w:val="en-US"/>
              </w:rPr>
              <w:t xml:space="preserve">ii) </w:t>
            </w:r>
            <w:r w:rsidRPr="00731A7F">
              <w:rPr>
                <w:rFonts w:ascii="Garamond" w:hAnsi="Garamond"/>
                <w:sz w:val="22"/>
                <w:lang w:val="en-US"/>
              </w:rPr>
              <w:t>Entering into an agreement with other persons with the intention of distorting competition</w:t>
            </w:r>
            <w:bookmarkEnd w:id="2"/>
          </w:p>
        </w:tc>
        <w:tc>
          <w:tcPr>
            <w:tcW w:w="811" w:type="dxa"/>
          </w:tcPr>
          <w:p w14:paraId="233B284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2F8486A1"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24AC2591" w14:textId="77777777" w:rsidTr="00ED41A8">
        <w:tc>
          <w:tcPr>
            <w:tcW w:w="7958" w:type="dxa"/>
            <w:shd w:val="clear" w:color="auto" w:fill="D9D9D9"/>
          </w:tcPr>
          <w:p w14:paraId="14157666" w14:textId="7DE125FE" w:rsidR="00210ADA" w:rsidRPr="00731A7F" w:rsidRDefault="00210ADA" w:rsidP="00ED41A8">
            <w:pPr>
              <w:pStyle w:val="Text1"/>
              <w:spacing w:before="40" w:after="40"/>
              <w:ind w:left="0"/>
              <w:rPr>
                <w:rFonts w:ascii="Garamond" w:hAnsi="Garamond"/>
                <w:noProof/>
                <w:sz w:val="22"/>
                <w:lang w:val="en-US"/>
              </w:rPr>
            </w:pPr>
            <w:bookmarkStart w:id="3" w:name="_DV_C371"/>
            <w:r w:rsidRPr="00731A7F">
              <w:rPr>
                <w:rFonts w:ascii="Garamond" w:hAnsi="Garamond"/>
                <w:color w:val="000000"/>
                <w:sz w:val="22"/>
                <w:lang w:val="en-US"/>
              </w:rPr>
              <w:t xml:space="preserve">iii) </w:t>
            </w:r>
            <w:bookmarkEnd w:id="3"/>
            <w:r w:rsidRPr="00731A7F">
              <w:rPr>
                <w:rFonts w:ascii="Garamond" w:hAnsi="Garamond"/>
                <w:sz w:val="22"/>
                <w:lang w:val="en-US"/>
              </w:rPr>
              <w:t>Violation of intellectual property rights</w:t>
            </w:r>
          </w:p>
        </w:tc>
        <w:tc>
          <w:tcPr>
            <w:tcW w:w="811" w:type="dxa"/>
          </w:tcPr>
          <w:p w14:paraId="166BE01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43801B82"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7A944AD3" w14:textId="77777777" w:rsidTr="00ED41A8">
        <w:tc>
          <w:tcPr>
            <w:tcW w:w="7958" w:type="dxa"/>
            <w:shd w:val="clear" w:color="auto" w:fill="D9D9D9"/>
          </w:tcPr>
          <w:p w14:paraId="7B29EF42" w14:textId="67BF0ECE" w:rsidR="00210ADA" w:rsidRPr="00731A7F" w:rsidRDefault="00210ADA" w:rsidP="00ED41A8">
            <w:pPr>
              <w:pStyle w:val="Text1"/>
              <w:spacing w:before="40" w:after="40"/>
              <w:ind w:left="0"/>
              <w:rPr>
                <w:rFonts w:ascii="Garamond" w:hAnsi="Garamond"/>
                <w:noProof/>
                <w:sz w:val="22"/>
                <w:lang w:val="en-US"/>
              </w:rPr>
            </w:pPr>
            <w:bookmarkStart w:id="4" w:name="_DV_C372"/>
            <w:r w:rsidRPr="00731A7F">
              <w:rPr>
                <w:rFonts w:ascii="Garamond" w:hAnsi="Garamond"/>
                <w:color w:val="000000"/>
                <w:sz w:val="22"/>
                <w:lang w:val="en-US"/>
              </w:rPr>
              <w:t xml:space="preserve">iv) </w:t>
            </w:r>
            <w:bookmarkEnd w:id="4"/>
            <w:r w:rsidRPr="00731A7F">
              <w:rPr>
                <w:rFonts w:ascii="Garamond" w:hAnsi="Garamond"/>
                <w:sz w:val="22"/>
                <w:lang w:val="en-US"/>
              </w:rPr>
              <w:t>Attempting to influence the contracting authority during the award procedure</w:t>
            </w:r>
          </w:p>
        </w:tc>
        <w:tc>
          <w:tcPr>
            <w:tcW w:w="811" w:type="dxa"/>
          </w:tcPr>
          <w:p w14:paraId="12CCB10A"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51B07C10"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73936BDE" w14:textId="77777777" w:rsidTr="00ED41A8">
        <w:tc>
          <w:tcPr>
            <w:tcW w:w="7958" w:type="dxa"/>
            <w:shd w:val="clear" w:color="auto" w:fill="D9D9D9"/>
          </w:tcPr>
          <w:p w14:paraId="260778C4" w14:textId="1F1DC8B3" w:rsidR="00210ADA" w:rsidRPr="00731A7F" w:rsidRDefault="00210ADA" w:rsidP="00ED41A8">
            <w:pPr>
              <w:pStyle w:val="Text1"/>
              <w:spacing w:before="40" w:after="40"/>
              <w:ind w:left="0"/>
              <w:rPr>
                <w:rFonts w:ascii="Garamond" w:hAnsi="Garamond"/>
                <w:color w:val="000000"/>
                <w:sz w:val="22"/>
                <w:lang w:val="en-US"/>
              </w:rPr>
            </w:pPr>
            <w:bookmarkStart w:id="5" w:name="_DV_C373"/>
            <w:r w:rsidRPr="00731A7F">
              <w:rPr>
                <w:rFonts w:ascii="Garamond" w:hAnsi="Garamond"/>
                <w:sz w:val="22"/>
                <w:lang w:val="en-US"/>
              </w:rPr>
              <w:t xml:space="preserve">v) </w:t>
            </w:r>
            <w:bookmarkEnd w:id="5"/>
            <w:r w:rsidRPr="00731A7F">
              <w:rPr>
                <w:rFonts w:ascii="Garamond" w:hAnsi="Garamond"/>
                <w:sz w:val="22"/>
                <w:lang w:val="en-US"/>
              </w:rPr>
              <w:t>Attempting to obtain confidential information that could provide an undue advantage during the award procedure.</w:t>
            </w:r>
          </w:p>
        </w:tc>
        <w:tc>
          <w:tcPr>
            <w:tcW w:w="811" w:type="dxa"/>
          </w:tcPr>
          <w:p w14:paraId="07B0B147"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208D9B81"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4CACBFEF" w14:textId="77777777" w:rsidTr="00ED41A8">
        <w:tc>
          <w:tcPr>
            <w:tcW w:w="7958" w:type="dxa"/>
            <w:shd w:val="clear" w:color="auto" w:fill="D9D9D9"/>
          </w:tcPr>
          <w:p w14:paraId="799E12D7" w14:textId="44FF97B5" w:rsidR="00210ADA" w:rsidRPr="00731A7F" w:rsidRDefault="00210ADA" w:rsidP="00210ADA">
            <w:pPr>
              <w:pStyle w:val="Text1"/>
              <w:numPr>
                <w:ilvl w:val="0"/>
                <w:numId w:val="17"/>
              </w:numPr>
              <w:spacing w:before="40" w:after="40"/>
              <w:ind w:left="357" w:hanging="357"/>
              <w:rPr>
                <w:rFonts w:ascii="Garamond" w:hAnsi="Garamond"/>
                <w:color w:val="000000"/>
                <w:sz w:val="22"/>
                <w:lang w:val="en-US"/>
              </w:rPr>
            </w:pPr>
            <w:r w:rsidRPr="00731A7F">
              <w:rPr>
                <w:rFonts w:ascii="Garamond" w:hAnsi="Garamond"/>
                <w:sz w:val="22"/>
                <w:lang w:val="en-US"/>
              </w:rPr>
              <w:t>It has been established by a final judgment that the company is guilty of one of the following acts:</w:t>
            </w:r>
          </w:p>
        </w:tc>
        <w:tc>
          <w:tcPr>
            <w:tcW w:w="1689" w:type="dxa"/>
            <w:gridSpan w:val="2"/>
          </w:tcPr>
          <w:p w14:paraId="4045B139" w14:textId="77777777" w:rsidR="00210ADA" w:rsidRPr="00731A7F" w:rsidRDefault="00210ADA" w:rsidP="00ED41A8">
            <w:pPr>
              <w:spacing w:before="240" w:after="120"/>
              <w:jc w:val="center"/>
              <w:rPr>
                <w:rFonts w:ascii="Garamond" w:hAnsi="Garamond"/>
                <w:noProof/>
              </w:rPr>
            </w:pPr>
          </w:p>
        </w:tc>
      </w:tr>
      <w:tr w:rsidR="00210ADA" w:rsidRPr="00731A7F" w14:paraId="44E21CD8" w14:textId="77777777" w:rsidTr="00ED41A8">
        <w:tc>
          <w:tcPr>
            <w:tcW w:w="7958" w:type="dxa"/>
            <w:shd w:val="clear" w:color="auto" w:fill="D9D9D9"/>
          </w:tcPr>
          <w:p w14:paraId="1A4C00B4" w14:textId="4CBEB120" w:rsidR="00210ADA" w:rsidRPr="00731A7F" w:rsidRDefault="00210ADA" w:rsidP="00ED41A8">
            <w:pPr>
              <w:pStyle w:val="Text1"/>
              <w:spacing w:before="40" w:after="40"/>
              <w:ind w:left="0"/>
              <w:rPr>
                <w:rFonts w:ascii="Garamond" w:hAnsi="Garamond"/>
                <w:noProof/>
                <w:sz w:val="22"/>
                <w:lang w:val="en-US"/>
              </w:rPr>
            </w:pPr>
            <w:proofErr w:type="spellStart"/>
            <w:r w:rsidRPr="00731A7F">
              <w:rPr>
                <w:rFonts w:ascii="Garamond" w:hAnsi="Garamond"/>
                <w:sz w:val="22"/>
                <w:lang w:val="en-US"/>
              </w:rPr>
              <w:t>i</w:t>
            </w:r>
            <w:proofErr w:type="spellEnd"/>
            <w:r w:rsidRPr="00731A7F">
              <w:rPr>
                <w:rFonts w:ascii="Garamond" w:hAnsi="Garamond"/>
                <w:sz w:val="22"/>
                <w:lang w:val="en-US"/>
              </w:rPr>
              <w:t xml:space="preserve">) Fraud against the financial interests of the </w:t>
            </w:r>
            <w:r w:rsidR="00731A7F" w:rsidRPr="00731A7F">
              <w:rPr>
                <w:rFonts w:ascii="Garamond" w:hAnsi="Garamond"/>
                <w:sz w:val="22"/>
                <w:lang w:val="en-US"/>
              </w:rPr>
              <w:t xml:space="preserve">International donors; </w:t>
            </w:r>
            <w:r w:rsidRPr="00731A7F">
              <w:rPr>
                <w:rFonts w:ascii="Garamond" w:hAnsi="Garamond"/>
                <w:sz w:val="22"/>
                <w:lang w:val="en-US"/>
              </w:rPr>
              <w:t>European Union</w:t>
            </w:r>
            <w:r w:rsidR="00731A7F" w:rsidRPr="00731A7F">
              <w:rPr>
                <w:rFonts w:ascii="Garamond" w:hAnsi="Garamond"/>
                <w:sz w:val="22"/>
                <w:lang w:val="en-US"/>
              </w:rPr>
              <w:t>, USAID, ECHO, Etc..</w:t>
            </w:r>
            <w:r w:rsidRPr="00731A7F">
              <w:rPr>
                <w:rFonts w:ascii="Garamond" w:hAnsi="Garamond"/>
                <w:sz w:val="22"/>
                <w:lang w:val="en-US"/>
              </w:rPr>
              <w:t>.</w:t>
            </w:r>
          </w:p>
        </w:tc>
        <w:tc>
          <w:tcPr>
            <w:tcW w:w="811" w:type="dxa"/>
          </w:tcPr>
          <w:p w14:paraId="70C3BACD"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1FE23A45"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4FCCE6A7" w14:textId="77777777" w:rsidTr="00ED41A8">
        <w:tc>
          <w:tcPr>
            <w:tcW w:w="7958" w:type="dxa"/>
            <w:shd w:val="clear" w:color="auto" w:fill="D9D9D9"/>
          </w:tcPr>
          <w:p w14:paraId="317951A7" w14:textId="6E5CB5BD" w:rsidR="00210ADA" w:rsidRPr="00731A7F" w:rsidRDefault="00210ADA" w:rsidP="00ED41A8">
            <w:pPr>
              <w:pStyle w:val="Text1"/>
              <w:spacing w:before="40" w:after="40"/>
              <w:ind w:left="0"/>
              <w:rPr>
                <w:rFonts w:ascii="Garamond" w:hAnsi="Garamond"/>
                <w:noProof/>
                <w:sz w:val="22"/>
              </w:rPr>
            </w:pPr>
            <w:bookmarkStart w:id="6" w:name="_DV_C379"/>
            <w:r w:rsidRPr="00731A7F">
              <w:rPr>
                <w:rFonts w:ascii="Garamond" w:hAnsi="Garamond"/>
                <w:sz w:val="22"/>
              </w:rPr>
              <w:t>ii) Corruption</w:t>
            </w:r>
            <w:bookmarkEnd w:id="6"/>
          </w:p>
        </w:tc>
        <w:tc>
          <w:tcPr>
            <w:tcW w:w="811" w:type="dxa"/>
          </w:tcPr>
          <w:p w14:paraId="163E3C93"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6CA6A320"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2E66FE3E" w14:textId="77777777" w:rsidTr="00ED41A8">
        <w:tc>
          <w:tcPr>
            <w:tcW w:w="7958" w:type="dxa"/>
            <w:shd w:val="clear" w:color="auto" w:fill="D9D9D9"/>
          </w:tcPr>
          <w:p w14:paraId="02B98165" w14:textId="3B74FD50" w:rsidR="00210ADA" w:rsidRPr="00731A7F" w:rsidRDefault="00210ADA" w:rsidP="00ED41A8">
            <w:pPr>
              <w:pStyle w:val="Text1"/>
              <w:spacing w:before="40" w:after="40"/>
              <w:ind w:left="0"/>
              <w:rPr>
                <w:rFonts w:ascii="Garamond" w:hAnsi="Garamond"/>
                <w:noProof/>
                <w:sz w:val="22"/>
                <w:lang w:val="en-US"/>
              </w:rPr>
            </w:pPr>
            <w:bookmarkStart w:id="7" w:name="_DV_C384"/>
            <w:r w:rsidRPr="00731A7F">
              <w:rPr>
                <w:rFonts w:ascii="Garamond" w:hAnsi="Garamond"/>
                <w:sz w:val="22"/>
                <w:lang w:val="en-US"/>
              </w:rPr>
              <w:t>iii)</w:t>
            </w:r>
            <w:bookmarkStart w:id="8" w:name="_DV_M250"/>
            <w:bookmarkEnd w:id="7"/>
            <w:bookmarkEnd w:id="8"/>
            <w:r w:rsidRPr="00731A7F">
              <w:rPr>
                <w:rFonts w:ascii="Garamond" w:hAnsi="Garamond"/>
                <w:sz w:val="22"/>
                <w:lang w:val="en-US"/>
              </w:rPr>
              <w:t xml:space="preserve"> Activities related to a criminal organization</w:t>
            </w:r>
          </w:p>
        </w:tc>
        <w:tc>
          <w:tcPr>
            <w:tcW w:w="811" w:type="dxa"/>
          </w:tcPr>
          <w:p w14:paraId="21A5A24F"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6A50876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3590DAF9" w14:textId="77777777" w:rsidTr="00ED41A8">
        <w:tc>
          <w:tcPr>
            <w:tcW w:w="7958" w:type="dxa"/>
            <w:shd w:val="clear" w:color="auto" w:fill="D9D9D9"/>
          </w:tcPr>
          <w:p w14:paraId="40344E1D" w14:textId="1226BEB5" w:rsidR="00210ADA" w:rsidRPr="00731A7F" w:rsidRDefault="00210ADA" w:rsidP="00ED41A8">
            <w:pPr>
              <w:pStyle w:val="Text1"/>
              <w:spacing w:before="40" w:after="40"/>
              <w:ind w:left="0"/>
              <w:rPr>
                <w:rFonts w:ascii="Garamond" w:hAnsi="Garamond"/>
                <w:noProof/>
                <w:sz w:val="22"/>
                <w:lang w:val="en-US"/>
              </w:rPr>
            </w:pPr>
            <w:r w:rsidRPr="00731A7F">
              <w:rPr>
                <w:rFonts w:ascii="Garamond" w:hAnsi="Garamond"/>
                <w:sz w:val="22"/>
                <w:lang w:val="en-US"/>
              </w:rPr>
              <w:t>iv)</w:t>
            </w:r>
            <w:bookmarkStart w:id="9" w:name="_DV_M251"/>
            <w:bookmarkEnd w:id="9"/>
            <w:r w:rsidRPr="00731A7F">
              <w:rPr>
                <w:rFonts w:ascii="Garamond" w:hAnsi="Garamond"/>
                <w:sz w:val="22"/>
                <w:lang w:val="en-US"/>
              </w:rPr>
              <w:t xml:space="preserve"> Money laundering or terrorist financing</w:t>
            </w:r>
          </w:p>
        </w:tc>
        <w:tc>
          <w:tcPr>
            <w:tcW w:w="811" w:type="dxa"/>
          </w:tcPr>
          <w:p w14:paraId="31A59437"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3833C81D"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5479F206" w14:textId="77777777" w:rsidTr="00ED41A8">
        <w:tc>
          <w:tcPr>
            <w:tcW w:w="7958" w:type="dxa"/>
            <w:shd w:val="clear" w:color="auto" w:fill="D9D9D9"/>
          </w:tcPr>
          <w:p w14:paraId="112D6584" w14:textId="736ED4A8" w:rsidR="00210ADA" w:rsidRPr="00731A7F" w:rsidRDefault="00210ADA" w:rsidP="00ED41A8">
            <w:pPr>
              <w:pStyle w:val="Text1"/>
              <w:spacing w:before="40" w:after="40"/>
              <w:ind w:left="0"/>
              <w:rPr>
                <w:rFonts w:ascii="Garamond" w:hAnsi="Garamond"/>
                <w:color w:val="000000"/>
                <w:sz w:val="22"/>
                <w:lang w:val="en-US"/>
              </w:rPr>
            </w:pPr>
            <w:bookmarkStart w:id="10" w:name="_DV_C400"/>
            <w:r w:rsidRPr="00731A7F">
              <w:rPr>
                <w:rFonts w:ascii="Garamond" w:hAnsi="Garamond"/>
                <w:sz w:val="22"/>
                <w:lang w:val="en-US"/>
              </w:rPr>
              <w:t xml:space="preserve">v) </w:t>
            </w:r>
            <w:bookmarkStart w:id="11" w:name="_DV_M254"/>
            <w:bookmarkEnd w:id="10"/>
            <w:bookmarkEnd w:id="11"/>
            <w:r w:rsidRPr="00731A7F">
              <w:rPr>
                <w:rFonts w:ascii="Garamond" w:hAnsi="Garamond"/>
                <w:sz w:val="22"/>
                <w:lang w:val="en-US"/>
              </w:rPr>
              <w:t>Child labor or other offenses related to human trafficking</w:t>
            </w:r>
          </w:p>
        </w:tc>
        <w:tc>
          <w:tcPr>
            <w:tcW w:w="811" w:type="dxa"/>
          </w:tcPr>
          <w:p w14:paraId="159C3161"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241F0119"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24AC492F" w14:textId="77777777" w:rsidTr="00ED41A8">
        <w:tc>
          <w:tcPr>
            <w:tcW w:w="7958" w:type="dxa"/>
            <w:tcBorders>
              <w:top w:val="single" w:sz="4" w:space="0" w:color="auto"/>
              <w:left w:val="single" w:sz="4" w:space="0" w:color="auto"/>
              <w:bottom w:val="single" w:sz="4" w:space="0" w:color="auto"/>
              <w:right w:val="single" w:sz="4" w:space="0" w:color="auto"/>
            </w:tcBorders>
            <w:hideMark/>
          </w:tcPr>
          <w:p w14:paraId="6546B721" w14:textId="311900D9" w:rsidR="00210ADA" w:rsidRPr="00731A7F" w:rsidRDefault="00210ADA" w:rsidP="00ED41A8">
            <w:pPr>
              <w:pStyle w:val="ListParagraph"/>
              <w:spacing w:before="40" w:after="40"/>
              <w:ind w:left="0"/>
              <w:jc w:val="both"/>
              <w:rPr>
                <w:rFonts w:ascii="Garamond" w:hAnsi="Garamond"/>
                <w:noProof/>
                <w:highlight w:val="yellow"/>
              </w:rPr>
            </w:pPr>
            <w:r w:rsidRPr="00731A7F">
              <w:rPr>
                <w:rFonts w:ascii="Garamond" w:hAnsi="Garamond"/>
              </w:rPr>
              <w:t>For the above situations, in the absence of a final judgment or final administrative decision, the company:</w:t>
            </w:r>
          </w:p>
        </w:tc>
        <w:tc>
          <w:tcPr>
            <w:tcW w:w="811" w:type="dxa"/>
            <w:tcBorders>
              <w:top w:val="single" w:sz="4" w:space="0" w:color="auto"/>
              <w:left w:val="single" w:sz="4" w:space="0" w:color="auto"/>
              <w:bottom w:val="single" w:sz="4" w:space="0" w:color="auto"/>
              <w:right w:val="single" w:sz="4" w:space="0" w:color="auto"/>
            </w:tcBorders>
            <w:shd w:val="clear" w:color="auto" w:fill="D9D9D9"/>
            <w:hideMark/>
          </w:tcPr>
          <w:p w14:paraId="64EC5CDB" w14:textId="2620F757" w:rsidR="00210ADA" w:rsidRPr="00731A7F" w:rsidRDefault="00210ADA" w:rsidP="00ED41A8">
            <w:pPr>
              <w:spacing w:before="240" w:after="120"/>
              <w:jc w:val="center"/>
              <w:rPr>
                <w:rFonts w:ascii="Garamond" w:hAnsi="Garamond"/>
                <w:noProof/>
              </w:rPr>
            </w:pPr>
            <w:r w:rsidRPr="00731A7F">
              <w:rPr>
                <w:rFonts w:ascii="Garamond" w:hAnsi="Garamond"/>
              </w:rPr>
              <w:t>Yes</w:t>
            </w:r>
          </w:p>
        </w:tc>
        <w:tc>
          <w:tcPr>
            <w:tcW w:w="878" w:type="dxa"/>
            <w:tcBorders>
              <w:top w:val="single" w:sz="4" w:space="0" w:color="auto"/>
              <w:left w:val="single" w:sz="4" w:space="0" w:color="auto"/>
              <w:bottom w:val="single" w:sz="4" w:space="0" w:color="auto"/>
              <w:right w:val="single" w:sz="4" w:space="0" w:color="auto"/>
            </w:tcBorders>
            <w:shd w:val="clear" w:color="auto" w:fill="D9D9D9"/>
            <w:hideMark/>
          </w:tcPr>
          <w:p w14:paraId="5AB31EAA" w14:textId="59BD8318" w:rsidR="00210ADA" w:rsidRPr="00731A7F" w:rsidRDefault="00210ADA" w:rsidP="00ED41A8">
            <w:pPr>
              <w:spacing w:before="240" w:after="120"/>
              <w:jc w:val="center"/>
              <w:rPr>
                <w:rFonts w:ascii="Garamond" w:hAnsi="Garamond"/>
                <w:noProof/>
              </w:rPr>
            </w:pPr>
            <w:r w:rsidRPr="00731A7F">
              <w:rPr>
                <w:rFonts w:ascii="Garamond" w:hAnsi="Garamond"/>
              </w:rPr>
              <w:t>No</w:t>
            </w:r>
          </w:p>
        </w:tc>
      </w:tr>
      <w:tr w:rsidR="00210ADA" w:rsidRPr="00731A7F" w14:paraId="166AEBD3" w14:textId="77777777" w:rsidTr="00ED41A8">
        <w:trPr>
          <w:trHeight w:val="573"/>
        </w:trPr>
        <w:tc>
          <w:tcPr>
            <w:tcW w:w="7958" w:type="dxa"/>
            <w:tcBorders>
              <w:top w:val="single" w:sz="4" w:space="0" w:color="auto"/>
              <w:left w:val="single" w:sz="4" w:space="0" w:color="auto"/>
              <w:bottom w:val="single" w:sz="4" w:space="0" w:color="auto"/>
              <w:right w:val="single" w:sz="4" w:space="0" w:color="auto"/>
            </w:tcBorders>
            <w:shd w:val="clear" w:color="auto" w:fill="D9D9D9"/>
            <w:hideMark/>
          </w:tcPr>
          <w:p w14:paraId="0080595C" w14:textId="6AAC86BB" w:rsidR="00210ADA" w:rsidRPr="00731A7F" w:rsidRDefault="00210ADA" w:rsidP="00210ADA">
            <w:pPr>
              <w:numPr>
                <w:ilvl w:val="0"/>
                <w:numId w:val="18"/>
              </w:numPr>
              <w:spacing w:before="40" w:after="40" w:line="240" w:lineRule="auto"/>
              <w:ind w:left="709"/>
              <w:jc w:val="both"/>
              <w:rPr>
                <w:rFonts w:ascii="Garamond" w:eastAsia="Calibri" w:hAnsi="Garamond"/>
                <w:color w:val="000000"/>
                <w:lang w:eastAsia="zh-CN"/>
              </w:rPr>
            </w:pPr>
            <w:proofErr w:type="gramStart"/>
            <w:r w:rsidRPr="00731A7F">
              <w:rPr>
                <w:rFonts w:ascii="Garamond" w:hAnsi="Garamond"/>
              </w:rPr>
              <w:t>Is</w:t>
            </w:r>
            <w:proofErr w:type="gramEnd"/>
            <w:r w:rsidRPr="00731A7F">
              <w:rPr>
                <w:rFonts w:ascii="Garamond" w:hAnsi="Garamond"/>
              </w:rPr>
              <w:t xml:space="preserve"> subject to ongoing audits or investigations.</w:t>
            </w:r>
          </w:p>
        </w:tc>
        <w:tc>
          <w:tcPr>
            <w:tcW w:w="811" w:type="dxa"/>
            <w:tcBorders>
              <w:top w:val="single" w:sz="4" w:space="0" w:color="auto"/>
              <w:left w:val="single" w:sz="4" w:space="0" w:color="auto"/>
              <w:bottom w:val="single" w:sz="4" w:space="0" w:color="auto"/>
              <w:right w:val="single" w:sz="4" w:space="0" w:color="auto"/>
            </w:tcBorders>
            <w:hideMark/>
          </w:tcPr>
          <w:p w14:paraId="56F0C442"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Borders>
              <w:top w:val="single" w:sz="4" w:space="0" w:color="auto"/>
              <w:left w:val="single" w:sz="4" w:space="0" w:color="auto"/>
              <w:bottom w:val="single" w:sz="4" w:space="0" w:color="auto"/>
              <w:right w:val="single" w:sz="4" w:space="0" w:color="auto"/>
            </w:tcBorders>
            <w:hideMark/>
          </w:tcPr>
          <w:p w14:paraId="6DA60DC3"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1DC08321" w14:textId="77777777" w:rsidTr="00ED41A8">
        <w:trPr>
          <w:trHeight w:val="923"/>
        </w:trPr>
        <w:tc>
          <w:tcPr>
            <w:tcW w:w="7958" w:type="dxa"/>
            <w:tcBorders>
              <w:top w:val="single" w:sz="4" w:space="0" w:color="auto"/>
              <w:left w:val="single" w:sz="4" w:space="0" w:color="auto"/>
              <w:bottom w:val="single" w:sz="4" w:space="0" w:color="auto"/>
              <w:right w:val="single" w:sz="4" w:space="0" w:color="auto"/>
            </w:tcBorders>
            <w:shd w:val="clear" w:color="auto" w:fill="D9D9D9"/>
            <w:hideMark/>
          </w:tcPr>
          <w:p w14:paraId="1EE5CC68" w14:textId="55632C1D" w:rsidR="00210ADA" w:rsidRPr="00731A7F" w:rsidRDefault="00210ADA" w:rsidP="00210ADA">
            <w:pPr>
              <w:numPr>
                <w:ilvl w:val="0"/>
                <w:numId w:val="18"/>
              </w:numPr>
              <w:spacing w:before="40" w:after="40" w:line="240" w:lineRule="auto"/>
              <w:ind w:left="709"/>
              <w:jc w:val="both"/>
              <w:rPr>
                <w:rFonts w:ascii="Garamond" w:eastAsia="Calibri" w:hAnsi="Garamond"/>
                <w:color w:val="000000"/>
                <w:lang w:eastAsia="zh-CN"/>
              </w:rPr>
            </w:pPr>
            <w:proofErr w:type="gramStart"/>
            <w:r w:rsidRPr="00731A7F">
              <w:rPr>
                <w:rFonts w:ascii="Garamond" w:hAnsi="Garamond"/>
              </w:rPr>
              <w:lastRenderedPageBreak/>
              <w:t>Is</w:t>
            </w:r>
            <w:proofErr w:type="gramEnd"/>
            <w:r w:rsidRPr="00731A7F">
              <w:rPr>
                <w:rFonts w:ascii="Garamond" w:hAnsi="Garamond"/>
              </w:rPr>
              <w:t xml:space="preserve"> subject to non-final judgments or non-final administrative decisions, including disciplinary measures imposed by the competent body for enforcing professional ethical standards.</w:t>
            </w:r>
          </w:p>
        </w:tc>
        <w:tc>
          <w:tcPr>
            <w:tcW w:w="811" w:type="dxa"/>
            <w:tcBorders>
              <w:top w:val="single" w:sz="4" w:space="0" w:color="auto"/>
              <w:left w:val="single" w:sz="4" w:space="0" w:color="auto"/>
              <w:bottom w:val="single" w:sz="4" w:space="0" w:color="auto"/>
              <w:right w:val="single" w:sz="4" w:space="0" w:color="auto"/>
            </w:tcBorders>
            <w:hideMark/>
          </w:tcPr>
          <w:p w14:paraId="70DF6195"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Borders>
              <w:top w:val="single" w:sz="4" w:space="0" w:color="auto"/>
              <w:left w:val="single" w:sz="4" w:space="0" w:color="auto"/>
              <w:bottom w:val="single" w:sz="4" w:space="0" w:color="auto"/>
              <w:right w:val="single" w:sz="4" w:space="0" w:color="auto"/>
            </w:tcBorders>
            <w:hideMark/>
          </w:tcPr>
          <w:p w14:paraId="44AF8CFC"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5EDE7B5C" w14:textId="77777777" w:rsidTr="00ED41A8">
        <w:trPr>
          <w:trHeight w:val="614"/>
        </w:trPr>
        <w:tc>
          <w:tcPr>
            <w:tcW w:w="7958" w:type="dxa"/>
            <w:tcBorders>
              <w:top w:val="single" w:sz="4" w:space="0" w:color="auto"/>
              <w:left w:val="single" w:sz="4" w:space="0" w:color="auto"/>
              <w:bottom w:val="single" w:sz="4" w:space="0" w:color="auto"/>
              <w:right w:val="single" w:sz="4" w:space="0" w:color="auto"/>
            </w:tcBorders>
            <w:shd w:val="clear" w:color="auto" w:fill="D9D9D9"/>
            <w:hideMark/>
          </w:tcPr>
          <w:p w14:paraId="7D734BD2" w14:textId="41A05223" w:rsidR="00210ADA" w:rsidRPr="00731A7F" w:rsidRDefault="00210ADA" w:rsidP="00210ADA">
            <w:pPr>
              <w:numPr>
                <w:ilvl w:val="0"/>
                <w:numId w:val="18"/>
              </w:numPr>
              <w:spacing w:before="40" w:after="40" w:line="240" w:lineRule="auto"/>
              <w:ind w:left="709"/>
              <w:jc w:val="both"/>
              <w:rPr>
                <w:rFonts w:ascii="Garamond" w:eastAsia="Calibri" w:hAnsi="Garamond"/>
                <w:color w:val="000000"/>
                <w:lang w:eastAsia="zh-CN"/>
              </w:rPr>
            </w:pPr>
            <w:proofErr w:type="gramStart"/>
            <w:r w:rsidRPr="00731A7F">
              <w:rPr>
                <w:rFonts w:ascii="Garamond" w:hAnsi="Garamond"/>
              </w:rPr>
              <w:t>Has</w:t>
            </w:r>
            <w:proofErr w:type="gramEnd"/>
            <w:r w:rsidRPr="00731A7F">
              <w:rPr>
                <w:rFonts w:ascii="Garamond" w:hAnsi="Garamond"/>
              </w:rPr>
              <w:t xml:space="preserve"> been informed that it is under investigation by the European Anti-Fraud Office (OLAF)</w:t>
            </w:r>
            <w:r w:rsidR="00731A7F" w:rsidRPr="00731A7F">
              <w:rPr>
                <w:rFonts w:ascii="Garamond" w:hAnsi="Garamond"/>
              </w:rPr>
              <w:t>, and/or the OFAC</w:t>
            </w:r>
            <w:r w:rsidRPr="00731A7F">
              <w:rPr>
                <w:rFonts w:ascii="Garamond" w:hAnsi="Garamond"/>
              </w:rPr>
              <w:t>.</w:t>
            </w:r>
          </w:p>
        </w:tc>
        <w:tc>
          <w:tcPr>
            <w:tcW w:w="811" w:type="dxa"/>
            <w:tcBorders>
              <w:top w:val="single" w:sz="4" w:space="0" w:color="auto"/>
              <w:left w:val="single" w:sz="4" w:space="0" w:color="auto"/>
              <w:bottom w:val="single" w:sz="4" w:space="0" w:color="auto"/>
              <w:right w:val="single" w:sz="4" w:space="0" w:color="auto"/>
            </w:tcBorders>
            <w:hideMark/>
          </w:tcPr>
          <w:p w14:paraId="4B30B86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Borders>
              <w:top w:val="single" w:sz="4" w:space="0" w:color="auto"/>
              <w:left w:val="single" w:sz="4" w:space="0" w:color="auto"/>
              <w:bottom w:val="single" w:sz="4" w:space="0" w:color="auto"/>
              <w:right w:val="single" w:sz="4" w:space="0" w:color="auto"/>
            </w:tcBorders>
            <w:hideMark/>
          </w:tcPr>
          <w:p w14:paraId="271EACF8"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bl>
    <w:p w14:paraId="7DB0347E" w14:textId="45EB57EF" w:rsidR="00210ADA" w:rsidRPr="00731A7F" w:rsidRDefault="00210ADA" w:rsidP="00F442D6">
      <w:pPr>
        <w:rPr>
          <w:rFonts w:ascii="Garamond" w:hAnsi="Garamond"/>
          <w:b/>
          <w:bCs/>
        </w:rPr>
      </w:pPr>
    </w:p>
    <w:p w14:paraId="70993806" w14:textId="0EDA9254" w:rsidR="00210ADA" w:rsidRPr="00731A7F" w:rsidRDefault="005C406E" w:rsidP="00F442D6">
      <w:pPr>
        <w:rPr>
          <w:rFonts w:ascii="Garamond" w:hAnsi="Garamond"/>
          <w:b/>
          <w:bCs/>
        </w:rPr>
      </w:pPr>
      <w:r w:rsidRPr="00731A7F">
        <w:rPr>
          <w:rFonts w:ascii="Garamond" w:hAnsi="Garamond"/>
          <w:b/>
          <w:bCs/>
        </w:rPr>
        <w:t>Declare that: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5"/>
        <w:gridCol w:w="669"/>
        <w:gridCol w:w="736"/>
        <w:gridCol w:w="729"/>
      </w:tblGrid>
      <w:tr w:rsidR="005C406E" w:rsidRPr="00731A7F" w14:paraId="08A39ED4" w14:textId="77777777" w:rsidTr="00ED41A8">
        <w:tc>
          <w:tcPr>
            <w:tcW w:w="7505" w:type="dxa"/>
            <w:shd w:val="clear" w:color="auto" w:fill="D9D9D9"/>
            <w:vAlign w:val="center"/>
          </w:tcPr>
          <w:p w14:paraId="03EC8366" w14:textId="2AA1AB6F" w:rsidR="005C406E" w:rsidRPr="00731A7F" w:rsidRDefault="005C406E" w:rsidP="00ED41A8">
            <w:pPr>
              <w:spacing w:before="40" w:after="40"/>
              <w:jc w:val="both"/>
              <w:rPr>
                <w:rFonts w:ascii="Garamond" w:hAnsi="Garamond"/>
                <w:noProof/>
              </w:rPr>
            </w:pPr>
            <w:r w:rsidRPr="00731A7F">
              <w:rPr>
                <w:rFonts w:ascii="Garamond" w:hAnsi="Garamond"/>
              </w:rPr>
              <w:t>A natural or legal person who is a member of the administrative, management, or supervisory body is in one of the following situations:</w:t>
            </w:r>
          </w:p>
        </w:tc>
        <w:tc>
          <w:tcPr>
            <w:tcW w:w="669" w:type="dxa"/>
            <w:shd w:val="clear" w:color="auto" w:fill="D9D9D9"/>
          </w:tcPr>
          <w:p w14:paraId="23798260" w14:textId="4F9999DF" w:rsidR="005C406E" w:rsidRPr="00731A7F" w:rsidRDefault="005C406E" w:rsidP="00ED41A8">
            <w:pPr>
              <w:spacing w:before="240" w:after="120"/>
              <w:jc w:val="both"/>
              <w:rPr>
                <w:rFonts w:ascii="Garamond" w:hAnsi="Garamond"/>
                <w:noProof/>
              </w:rPr>
            </w:pPr>
            <w:r w:rsidRPr="00731A7F">
              <w:rPr>
                <w:rFonts w:ascii="Garamond" w:hAnsi="Garamond"/>
              </w:rPr>
              <w:t>Yes</w:t>
            </w:r>
          </w:p>
        </w:tc>
        <w:tc>
          <w:tcPr>
            <w:tcW w:w="736" w:type="dxa"/>
            <w:shd w:val="clear" w:color="auto" w:fill="D9D9D9"/>
          </w:tcPr>
          <w:p w14:paraId="078B57B3" w14:textId="0F39BBE4" w:rsidR="005C406E" w:rsidRPr="00731A7F" w:rsidRDefault="005C406E" w:rsidP="00ED41A8">
            <w:pPr>
              <w:spacing w:before="240" w:after="120"/>
              <w:jc w:val="both"/>
              <w:rPr>
                <w:rFonts w:ascii="Garamond" w:hAnsi="Garamond"/>
                <w:noProof/>
              </w:rPr>
            </w:pPr>
            <w:r w:rsidRPr="00731A7F">
              <w:rPr>
                <w:rFonts w:ascii="Garamond" w:hAnsi="Garamond"/>
              </w:rPr>
              <w:t>No</w:t>
            </w:r>
          </w:p>
        </w:tc>
        <w:tc>
          <w:tcPr>
            <w:tcW w:w="729" w:type="dxa"/>
            <w:shd w:val="clear" w:color="auto" w:fill="D9D9D9"/>
          </w:tcPr>
          <w:p w14:paraId="07B011B2" w14:textId="7EE145E7" w:rsidR="005C406E" w:rsidRPr="00731A7F" w:rsidRDefault="005C406E" w:rsidP="00ED41A8">
            <w:pPr>
              <w:spacing w:before="240" w:after="120"/>
              <w:jc w:val="both"/>
              <w:rPr>
                <w:rFonts w:ascii="Garamond" w:hAnsi="Garamond"/>
                <w:noProof/>
              </w:rPr>
            </w:pPr>
            <w:r w:rsidRPr="00731A7F">
              <w:rPr>
                <w:rFonts w:ascii="Garamond" w:hAnsi="Garamond"/>
              </w:rPr>
              <w:t>N/A</w:t>
            </w:r>
          </w:p>
        </w:tc>
      </w:tr>
      <w:tr w:rsidR="005C406E" w:rsidRPr="00731A7F" w14:paraId="4929BD41" w14:textId="77777777" w:rsidTr="00ED41A8">
        <w:tc>
          <w:tcPr>
            <w:tcW w:w="7505" w:type="dxa"/>
            <w:shd w:val="clear" w:color="auto" w:fill="D9D9D9"/>
            <w:vAlign w:val="center"/>
          </w:tcPr>
          <w:p w14:paraId="0810D13C" w14:textId="1E56C9FB" w:rsidR="005C406E" w:rsidRPr="00731A7F" w:rsidRDefault="00722CEC" w:rsidP="005C406E">
            <w:pPr>
              <w:pStyle w:val="Text1"/>
              <w:numPr>
                <w:ilvl w:val="0"/>
                <w:numId w:val="19"/>
              </w:numPr>
              <w:spacing w:before="40" w:after="40"/>
              <w:rPr>
                <w:rFonts w:ascii="Garamond" w:hAnsi="Garamond"/>
                <w:noProof/>
                <w:sz w:val="22"/>
              </w:rPr>
            </w:pPr>
            <w:r w:rsidRPr="00731A7F">
              <w:rPr>
                <w:rFonts w:ascii="Garamond" w:hAnsi="Garamond"/>
                <w:sz w:val="22"/>
              </w:rPr>
              <w:t>Serious</w:t>
            </w:r>
            <w:r w:rsidR="005C406E" w:rsidRPr="00731A7F">
              <w:rPr>
                <w:rFonts w:ascii="Garamond" w:hAnsi="Garamond"/>
                <w:sz w:val="22"/>
              </w:rPr>
              <w:t xml:space="preserve"> </w:t>
            </w:r>
            <w:r w:rsidR="008B7E68" w:rsidRPr="00731A7F">
              <w:rPr>
                <w:rFonts w:ascii="Garamond" w:hAnsi="Garamond"/>
                <w:sz w:val="22"/>
              </w:rPr>
              <w:t>Professional</w:t>
            </w:r>
            <w:r w:rsidR="005C406E" w:rsidRPr="00731A7F">
              <w:rPr>
                <w:rFonts w:ascii="Garamond" w:hAnsi="Garamond"/>
                <w:sz w:val="22"/>
              </w:rPr>
              <w:t xml:space="preserve"> misconduct</w:t>
            </w:r>
          </w:p>
        </w:tc>
        <w:tc>
          <w:tcPr>
            <w:tcW w:w="669" w:type="dxa"/>
            <w:vAlign w:val="center"/>
          </w:tcPr>
          <w:p w14:paraId="08379057"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36" w:type="dxa"/>
            <w:vAlign w:val="center"/>
          </w:tcPr>
          <w:p w14:paraId="56A90D28"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29" w:type="dxa"/>
          </w:tcPr>
          <w:p w14:paraId="2E6A902C"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5C406E" w:rsidRPr="00731A7F" w14:paraId="5367680D" w14:textId="77777777" w:rsidTr="00ED41A8">
        <w:tc>
          <w:tcPr>
            <w:tcW w:w="7505" w:type="dxa"/>
            <w:shd w:val="clear" w:color="auto" w:fill="D9D9D9"/>
            <w:vAlign w:val="center"/>
          </w:tcPr>
          <w:p w14:paraId="614E3536" w14:textId="10F23F18" w:rsidR="005C406E" w:rsidRPr="00731A7F" w:rsidRDefault="005C406E" w:rsidP="005C406E">
            <w:pPr>
              <w:pStyle w:val="Text1"/>
              <w:numPr>
                <w:ilvl w:val="0"/>
                <w:numId w:val="19"/>
              </w:numPr>
              <w:spacing w:before="40" w:after="40"/>
              <w:rPr>
                <w:rFonts w:ascii="Garamond" w:hAnsi="Garamond"/>
                <w:noProof/>
                <w:sz w:val="22"/>
                <w:lang w:val="en-US"/>
              </w:rPr>
            </w:pPr>
            <w:r w:rsidRPr="00731A7F">
              <w:rPr>
                <w:rFonts w:ascii="Garamond" w:hAnsi="Garamond"/>
                <w:sz w:val="22"/>
                <w:lang w:val="en-US"/>
              </w:rPr>
              <w:t>Fraud, corruption, or another criminal offense</w:t>
            </w:r>
          </w:p>
        </w:tc>
        <w:tc>
          <w:tcPr>
            <w:tcW w:w="669" w:type="dxa"/>
            <w:vAlign w:val="center"/>
          </w:tcPr>
          <w:p w14:paraId="105C4737"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36" w:type="dxa"/>
            <w:vAlign w:val="center"/>
          </w:tcPr>
          <w:p w14:paraId="3F24C05A"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29" w:type="dxa"/>
          </w:tcPr>
          <w:p w14:paraId="7FF41F72"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5C406E" w:rsidRPr="00731A7F" w14:paraId="1B6BB560" w14:textId="77777777" w:rsidTr="00ED41A8">
        <w:tc>
          <w:tcPr>
            <w:tcW w:w="7505" w:type="dxa"/>
            <w:shd w:val="clear" w:color="auto" w:fill="D9D9D9"/>
            <w:vAlign w:val="center"/>
          </w:tcPr>
          <w:p w14:paraId="410F9C81" w14:textId="40E36F70" w:rsidR="005C406E" w:rsidRPr="00731A7F" w:rsidRDefault="005C406E" w:rsidP="005C406E">
            <w:pPr>
              <w:pStyle w:val="Text1"/>
              <w:numPr>
                <w:ilvl w:val="0"/>
                <w:numId w:val="19"/>
              </w:numPr>
              <w:spacing w:before="40" w:after="40"/>
              <w:rPr>
                <w:rFonts w:ascii="Garamond" w:hAnsi="Garamond"/>
                <w:noProof/>
                <w:sz w:val="22"/>
                <w:lang w:val="en-US"/>
              </w:rPr>
            </w:pPr>
            <w:r w:rsidRPr="00731A7F">
              <w:rPr>
                <w:rFonts w:ascii="Garamond" w:hAnsi="Garamond"/>
                <w:sz w:val="22"/>
                <w:lang w:val="en-US"/>
              </w:rPr>
              <w:t>Serious breaches in the performance of a contract</w:t>
            </w:r>
          </w:p>
        </w:tc>
        <w:tc>
          <w:tcPr>
            <w:tcW w:w="669" w:type="dxa"/>
            <w:vAlign w:val="center"/>
          </w:tcPr>
          <w:p w14:paraId="0EF3DC47"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36" w:type="dxa"/>
            <w:vAlign w:val="center"/>
          </w:tcPr>
          <w:p w14:paraId="3C565A59"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29" w:type="dxa"/>
          </w:tcPr>
          <w:p w14:paraId="57D4D7E8"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5C406E" w:rsidRPr="00731A7F" w14:paraId="6A220974" w14:textId="77777777" w:rsidTr="00ED41A8">
        <w:tc>
          <w:tcPr>
            <w:tcW w:w="7505" w:type="dxa"/>
            <w:shd w:val="clear" w:color="auto" w:fill="D9D9D9"/>
            <w:vAlign w:val="center"/>
          </w:tcPr>
          <w:p w14:paraId="0E19F267" w14:textId="5E82E279" w:rsidR="005C406E" w:rsidRPr="00731A7F" w:rsidRDefault="005C406E" w:rsidP="005C406E">
            <w:pPr>
              <w:pStyle w:val="Text1"/>
              <w:numPr>
                <w:ilvl w:val="0"/>
                <w:numId w:val="19"/>
              </w:numPr>
              <w:spacing w:before="40" w:after="40"/>
              <w:jc w:val="left"/>
              <w:rPr>
                <w:rFonts w:ascii="Garamond" w:hAnsi="Garamond"/>
                <w:noProof/>
                <w:sz w:val="22"/>
                <w:lang w:val="en-US"/>
              </w:rPr>
            </w:pPr>
            <w:r w:rsidRPr="00731A7F">
              <w:rPr>
                <w:rFonts w:ascii="Garamond" w:hAnsi="Garamond"/>
                <w:sz w:val="22"/>
                <w:lang w:val="en-US"/>
              </w:rPr>
              <w:t>Creation of an entity with the intention of evading legal obligations</w:t>
            </w:r>
          </w:p>
        </w:tc>
        <w:tc>
          <w:tcPr>
            <w:tcW w:w="669" w:type="dxa"/>
            <w:vAlign w:val="center"/>
          </w:tcPr>
          <w:p w14:paraId="14751AAF"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36" w:type="dxa"/>
            <w:vAlign w:val="center"/>
          </w:tcPr>
          <w:p w14:paraId="6B8D6711"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29" w:type="dxa"/>
          </w:tcPr>
          <w:p w14:paraId="2AB7D98F"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bl>
    <w:p w14:paraId="4C617940" w14:textId="59989F73" w:rsidR="00210ADA" w:rsidRPr="00731A7F" w:rsidRDefault="00210ADA" w:rsidP="00F442D6">
      <w:pPr>
        <w:rPr>
          <w:rFonts w:ascii="Garamond" w:hAnsi="Garamond"/>
          <w:b/>
          <w:bCs/>
        </w:rPr>
      </w:pPr>
    </w:p>
    <w:p w14:paraId="12BB95D6" w14:textId="2FEB2FC7" w:rsidR="005C406E" w:rsidRPr="00731A7F" w:rsidRDefault="005C406E" w:rsidP="005C406E">
      <w:pPr>
        <w:pStyle w:val="titlefront"/>
        <w:spacing w:before="0"/>
        <w:ind w:left="0"/>
        <w:jc w:val="left"/>
        <w:outlineLvl w:val="0"/>
        <w:rPr>
          <w:rFonts w:ascii="Garamond" w:hAnsi="Garamond"/>
          <w:sz w:val="22"/>
          <w:szCs w:val="22"/>
          <w:lang w:val="en-US"/>
        </w:rPr>
      </w:pPr>
      <w:r w:rsidRPr="00731A7F">
        <w:rPr>
          <w:rFonts w:ascii="Garamond" w:hAnsi="Garamond"/>
          <w:sz w:val="22"/>
          <w:szCs w:val="22"/>
          <w:lang w:val="en-US"/>
        </w:rPr>
        <w:t>Comments</w:t>
      </w:r>
    </w:p>
    <w:p w14:paraId="31376DCD" w14:textId="66105297" w:rsidR="005C406E" w:rsidRPr="00731A7F" w:rsidRDefault="005C406E" w:rsidP="00373EA2">
      <w:pPr>
        <w:autoSpaceDE w:val="0"/>
        <w:autoSpaceDN w:val="0"/>
        <w:adjustRightInd w:val="0"/>
        <w:jc w:val="both"/>
        <w:rPr>
          <w:rFonts w:ascii="Garamond" w:hAnsi="Garamond" w:cs="Courier New"/>
          <w:lang w:eastAsia="en-GB"/>
        </w:rPr>
      </w:pPr>
      <w:r w:rsidRPr="00731A7F">
        <w:rPr>
          <w:rFonts w:ascii="Garamond" w:hAnsi="Garamond"/>
        </w:rPr>
        <w:t xml:space="preserve">If any of the exclusion situations mentioned above </w:t>
      </w:r>
      <w:proofErr w:type="gramStart"/>
      <w:r w:rsidRPr="00731A7F">
        <w:rPr>
          <w:rFonts w:ascii="Garamond" w:hAnsi="Garamond"/>
        </w:rPr>
        <w:t>is</w:t>
      </w:r>
      <w:proofErr w:type="gramEnd"/>
      <w:r w:rsidRPr="00731A7F">
        <w:rPr>
          <w:rFonts w:ascii="Garamond" w:hAnsi="Garamond"/>
        </w:rPr>
        <w:t xml:space="preserve"> confirmed, corrective measures taken to remedy the situation may be indicated (e.g., staff measures to prevent recurrence, compensation for damages, payment of fines or late taxes, etc.). Relevant documentary evidence must be provided. A recent criminal record extract may also be shared.</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5C406E" w:rsidRPr="00731A7F" w14:paraId="52CA826D" w14:textId="77777777" w:rsidTr="008B7E68">
        <w:tc>
          <w:tcPr>
            <w:tcW w:w="9668" w:type="dxa"/>
            <w:shd w:val="clear" w:color="auto" w:fill="D9D9D9"/>
          </w:tcPr>
          <w:p w14:paraId="367C1F53" w14:textId="10A90018" w:rsidR="005C406E" w:rsidRPr="00731A7F" w:rsidRDefault="005C406E" w:rsidP="00ED41A8">
            <w:pPr>
              <w:autoSpaceDE w:val="0"/>
              <w:autoSpaceDN w:val="0"/>
              <w:adjustRightInd w:val="0"/>
              <w:jc w:val="center"/>
              <w:rPr>
                <w:rFonts w:ascii="Garamond" w:hAnsi="Garamond" w:cs="Courier New"/>
                <w:lang w:eastAsia="en-GB"/>
              </w:rPr>
            </w:pPr>
            <w:r w:rsidRPr="00731A7F">
              <w:rPr>
                <w:rFonts w:ascii="Garamond" w:hAnsi="Garamond" w:cs="Courier New"/>
                <w:lang w:eastAsia="en-GB"/>
              </w:rPr>
              <w:t>Comment</w:t>
            </w:r>
            <w:r w:rsidR="00373EA2" w:rsidRPr="00731A7F">
              <w:rPr>
                <w:rFonts w:ascii="Garamond" w:hAnsi="Garamond" w:cs="Courier New"/>
                <w:lang w:eastAsia="en-GB"/>
              </w:rPr>
              <w:t>s</w:t>
            </w:r>
          </w:p>
        </w:tc>
      </w:tr>
      <w:tr w:rsidR="005C406E" w:rsidRPr="00731A7F" w14:paraId="2B8AE78B" w14:textId="77777777" w:rsidTr="008B7E68">
        <w:tc>
          <w:tcPr>
            <w:tcW w:w="9668" w:type="dxa"/>
          </w:tcPr>
          <w:p w14:paraId="3DFA702E" w14:textId="77777777" w:rsidR="005C406E" w:rsidRPr="00731A7F" w:rsidRDefault="005C406E" w:rsidP="00ED41A8">
            <w:pPr>
              <w:autoSpaceDE w:val="0"/>
              <w:autoSpaceDN w:val="0"/>
              <w:adjustRightInd w:val="0"/>
              <w:jc w:val="both"/>
              <w:rPr>
                <w:rFonts w:ascii="Garamond" w:hAnsi="Garamond" w:cs="Courier New"/>
                <w:lang w:eastAsia="en-GB"/>
              </w:rPr>
            </w:pPr>
          </w:p>
          <w:p w14:paraId="4BAE73B8" w14:textId="77777777" w:rsidR="005C406E" w:rsidRPr="00731A7F" w:rsidRDefault="005C406E" w:rsidP="00ED41A8">
            <w:pPr>
              <w:autoSpaceDE w:val="0"/>
              <w:autoSpaceDN w:val="0"/>
              <w:adjustRightInd w:val="0"/>
              <w:jc w:val="both"/>
              <w:rPr>
                <w:rFonts w:ascii="Garamond" w:hAnsi="Garamond" w:cs="Courier New"/>
                <w:lang w:eastAsia="en-GB"/>
              </w:rPr>
            </w:pPr>
          </w:p>
          <w:p w14:paraId="7E9A3FF8" w14:textId="77777777" w:rsidR="005C406E" w:rsidRPr="00731A7F" w:rsidRDefault="005C406E" w:rsidP="00ED41A8">
            <w:pPr>
              <w:autoSpaceDE w:val="0"/>
              <w:autoSpaceDN w:val="0"/>
              <w:adjustRightInd w:val="0"/>
              <w:jc w:val="both"/>
              <w:rPr>
                <w:rFonts w:ascii="Garamond" w:hAnsi="Garamond" w:cs="Courier New"/>
                <w:lang w:eastAsia="en-GB"/>
              </w:rPr>
            </w:pPr>
          </w:p>
          <w:p w14:paraId="7E94FD08" w14:textId="77777777" w:rsidR="005C406E" w:rsidRPr="00731A7F" w:rsidRDefault="005C406E" w:rsidP="00ED41A8">
            <w:pPr>
              <w:autoSpaceDE w:val="0"/>
              <w:autoSpaceDN w:val="0"/>
              <w:adjustRightInd w:val="0"/>
              <w:jc w:val="both"/>
              <w:rPr>
                <w:rFonts w:ascii="Garamond" w:hAnsi="Garamond" w:cs="Courier New"/>
                <w:lang w:eastAsia="en-GB"/>
              </w:rPr>
            </w:pPr>
          </w:p>
          <w:p w14:paraId="34BC2A7F" w14:textId="77777777" w:rsidR="005C406E" w:rsidRPr="00731A7F" w:rsidRDefault="005C406E" w:rsidP="00ED41A8">
            <w:pPr>
              <w:autoSpaceDE w:val="0"/>
              <w:autoSpaceDN w:val="0"/>
              <w:adjustRightInd w:val="0"/>
              <w:jc w:val="both"/>
              <w:rPr>
                <w:rFonts w:ascii="Garamond" w:hAnsi="Garamond" w:cs="Courier New"/>
                <w:lang w:eastAsia="en-GB"/>
              </w:rPr>
            </w:pPr>
          </w:p>
          <w:p w14:paraId="31B71717" w14:textId="77777777" w:rsidR="005C406E" w:rsidRPr="00731A7F" w:rsidRDefault="005C406E" w:rsidP="00ED41A8">
            <w:pPr>
              <w:autoSpaceDE w:val="0"/>
              <w:autoSpaceDN w:val="0"/>
              <w:adjustRightInd w:val="0"/>
              <w:jc w:val="both"/>
              <w:rPr>
                <w:rFonts w:ascii="Garamond" w:hAnsi="Garamond" w:cs="Courier New"/>
                <w:lang w:eastAsia="en-GB"/>
              </w:rPr>
            </w:pPr>
          </w:p>
          <w:p w14:paraId="57FD95BC" w14:textId="77777777" w:rsidR="005C406E" w:rsidRPr="00731A7F" w:rsidRDefault="005C406E" w:rsidP="00ED41A8">
            <w:pPr>
              <w:autoSpaceDE w:val="0"/>
              <w:autoSpaceDN w:val="0"/>
              <w:adjustRightInd w:val="0"/>
              <w:jc w:val="both"/>
              <w:rPr>
                <w:rFonts w:ascii="Garamond" w:hAnsi="Garamond" w:cs="Courier New"/>
                <w:lang w:eastAsia="en-GB"/>
              </w:rPr>
            </w:pPr>
          </w:p>
          <w:p w14:paraId="366638F8" w14:textId="77777777" w:rsidR="005C406E" w:rsidRPr="00731A7F" w:rsidRDefault="005C406E" w:rsidP="00ED41A8">
            <w:pPr>
              <w:autoSpaceDE w:val="0"/>
              <w:autoSpaceDN w:val="0"/>
              <w:adjustRightInd w:val="0"/>
              <w:jc w:val="both"/>
              <w:rPr>
                <w:rFonts w:ascii="Garamond" w:hAnsi="Garamond" w:cs="Courier New"/>
                <w:lang w:eastAsia="en-GB"/>
              </w:rPr>
            </w:pPr>
          </w:p>
          <w:p w14:paraId="0AA45C9C" w14:textId="77777777" w:rsidR="005C406E" w:rsidRPr="00731A7F" w:rsidRDefault="005C406E" w:rsidP="00ED41A8">
            <w:pPr>
              <w:autoSpaceDE w:val="0"/>
              <w:autoSpaceDN w:val="0"/>
              <w:adjustRightInd w:val="0"/>
              <w:jc w:val="both"/>
              <w:rPr>
                <w:rFonts w:ascii="Garamond" w:hAnsi="Garamond" w:cs="Courier New"/>
                <w:lang w:eastAsia="en-GB"/>
              </w:rPr>
            </w:pPr>
          </w:p>
          <w:p w14:paraId="5E819055" w14:textId="77777777" w:rsidR="005C406E" w:rsidRPr="00731A7F" w:rsidRDefault="005C406E" w:rsidP="00ED41A8">
            <w:pPr>
              <w:autoSpaceDE w:val="0"/>
              <w:autoSpaceDN w:val="0"/>
              <w:adjustRightInd w:val="0"/>
              <w:jc w:val="both"/>
              <w:rPr>
                <w:rFonts w:ascii="Garamond" w:hAnsi="Garamond" w:cs="Courier New"/>
                <w:lang w:eastAsia="en-GB"/>
              </w:rPr>
            </w:pPr>
          </w:p>
        </w:tc>
      </w:tr>
    </w:tbl>
    <w:p w14:paraId="0AE19119" w14:textId="77777777" w:rsidR="005C406E" w:rsidRPr="00731A7F" w:rsidRDefault="005C406E" w:rsidP="005C406E">
      <w:pPr>
        <w:autoSpaceDE w:val="0"/>
        <w:autoSpaceDN w:val="0"/>
        <w:adjustRightInd w:val="0"/>
        <w:jc w:val="both"/>
        <w:rPr>
          <w:rFonts w:ascii="Garamond" w:hAnsi="Garamond" w:cs="Courier New"/>
          <w:lang w:eastAsia="en-GB"/>
        </w:rPr>
      </w:pPr>
    </w:p>
    <w:p w14:paraId="4B77F3FA" w14:textId="66388385" w:rsidR="005C406E" w:rsidRPr="00731A7F" w:rsidRDefault="00373EA2" w:rsidP="00373EA2">
      <w:pPr>
        <w:rPr>
          <w:rFonts w:ascii="Garamond" w:hAnsi="Garamond" w:cs="Courier New"/>
          <w:b/>
          <w:bCs/>
        </w:rPr>
      </w:pPr>
      <w:r w:rsidRPr="00731A7F">
        <w:rPr>
          <w:rFonts w:ascii="Garamond" w:hAnsi="Garamond"/>
          <w:b/>
          <w:bCs/>
        </w:rPr>
        <w:t>Declaration Of Authenticity And Truthfulness</w:t>
      </w:r>
    </w:p>
    <w:p w14:paraId="53D78D51" w14:textId="06EAE193" w:rsidR="005C406E" w:rsidRPr="00731A7F" w:rsidRDefault="00731A7F" w:rsidP="005C406E">
      <w:pPr>
        <w:autoSpaceDE w:val="0"/>
        <w:autoSpaceDN w:val="0"/>
        <w:adjustRightInd w:val="0"/>
        <w:jc w:val="both"/>
        <w:rPr>
          <w:rFonts w:ascii="Garamond" w:hAnsi="Garamond" w:cs="Courier New"/>
          <w:lang w:val="fr-FR" w:eastAsia="en-GB"/>
        </w:rPr>
      </w:pPr>
      <w:r w:rsidRPr="00731A7F">
        <w:rPr>
          <w:rFonts w:ascii="Garamond" w:hAnsi="Garamond" w:cs="Courier New"/>
          <w:lang w:val="en-ZA" w:eastAsia="en-GB"/>
        </w:rPr>
        <w:t>I acknowledge that I and/or the company I represent may be excluded from procurement procedures if it is established that I have made false declarations.</w:t>
      </w:r>
    </w:p>
    <w:p w14:paraId="0F5551EB" w14:textId="77777777" w:rsidR="005C406E" w:rsidRPr="00731A7F" w:rsidRDefault="005C406E" w:rsidP="005C406E">
      <w:pPr>
        <w:spacing w:before="40" w:after="40"/>
        <w:jc w:val="both"/>
        <w:rPr>
          <w:rFonts w:ascii="Garamond" w:hAnsi="Garamond"/>
          <w:noProof/>
          <w:lang w:val="fr-FR"/>
        </w:rPr>
      </w:pPr>
    </w:p>
    <w:p w14:paraId="0D06FDEC" w14:textId="6C55F6A4" w:rsidR="005C406E" w:rsidRPr="00731A7F" w:rsidRDefault="005C406E" w:rsidP="005C406E">
      <w:pPr>
        <w:pStyle w:val="titlefront"/>
        <w:spacing w:before="0"/>
        <w:ind w:left="0"/>
        <w:jc w:val="left"/>
        <w:outlineLvl w:val="0"/>
        <w:rPr>
          <w:rFonts w:ascii="Garamond" w:hAnsi="Garamond"/>
          <w:sz w:val="22"/>
          <w:szCs w:val="22"/>
        </w:rPr>
      </w:pPr>
      <w:r w:rsidRPr="00731A7F">
        <w:rPr>
          <w:rFonts w:ascii="Garamond" w:hAnsi="Garamond"/>
          <w:sz w:val="22"/>
          <w:szCs w:val="22"/>
        </w:rPr>
        <w:t>S</w:t>
      </w:r>
      <w:r w:rsidR="00731A7F">
        <w:rPr>
          <w:rFonts w:ascii="Garamond" w:hAnsi="Garamond"/>
          <w:sz w:val="22"/>
          <w:szCs w:val="22"/>
        </w:rPr>
        <w:t>ignature</w:t>
      </w:r>
      <w:r w:rsidRPr="00731A7F">
        <w:rPr>
          <w:rFonts w:ascii="Garamond" w:hAnsi="Garamond"/>
          <w:sz w:val="22"/>
          <w:szCs w:val="22"/>
        </w:rPr>
        <w:t xml:space="preserve"> </w:t>
      </w:r>
    </w:p>
    <w:p w14:paraId="604805BF" w14:textId="77777777" w:rsidR="005C406E" w:rsidRPr="00731A7F" w:rsidRDefault="005C406E" w:rsidP="005C406E">
      <w:pPr>
        <w:rPr>
          <w:rFonts w:ascii="Garamond" w:hAnsi="Garamond"/>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3119"/>
        <w:gridCol w:w="3118"/>
      </w:tblGrid>
      <w:tr w:rsidR="005C406E" w:rsidRPr="00731A7F" w14:paraId="1F44DD9D" w14:textId="77777777" w:rsidTr="00722CEC">
        <w:tc>
          <w:tcPr>
            <w:tcW w:w="3431" w:type="dxa"/>
            <w:shd w:val="clear" w:color="auto" w:fill="D9D9D9"/>
          </w:tcPr>
          <w:p w14:paraId="4611675F" w14:textId="77777777" w:rsidR="005C406E" w:rsidRPr="00731A7F" w:rsidRDefault="005C406E" w:rsidP="00ED41A8">
            <w:pPr>
              <w:rPr>
                <w:rFonts w:ascii="Garamond" w:hAnsi="Garamond"/>
              </w:rPr>
            </w:pPr>
            <w:r w:rsidRPr="00731A7F">
              <w:rPr>
                <w:rFonts w:ascii="Garamond" w:hAnsi="Garamond"/>
              </w:rPr>
              <w:t xml:space="preserve">Signature </w:t>
            </w:r>
          </w:p>
        </w:tc>
        <w:tc>
          <w:tcPr>
            <w:tcW w:w="3119" w:type="dxa"/>
            <w:shd w:val="clear" w:color="auto" w:fill="D9D9D9"/>
          </w:tcPr>
          <w:p w14:paraId="24B79270" w14:textId="77777777" w:rsidR="005C406E" w:rsidRPr="00731A7F" w:rsidRDefault="005C406E" w:rsidP="00ED41A8">
            <w:pPr>
              <w:rPr>
                <w:rFonts w:ascii="Garamond" w:hAnsi="Garamond"/>
              </w:rPr>
            </w:pPr>
            <w:r w:rsidRPr="00731A7F">
              <w:rPr>
                <w:rFonts w:ascii="Garamond" w:hAnsi="Garamond"/>
              </w:rPr>
              <w:t xml:space="preserve">Date </w:t>
            </w:r>
          </w:p>
        </w:tc>
        <w:tc>
          <w:tcPr>
            <w:tcW w:w="3118" w:type="dxa"/>
            <w:shd w:val="clear" w:color="auto" w:fill="D9D9D9"/>
          </w:tcPr>
          <w:p w14:paraId="31798DE2" w14:textId="3F9F4625" w:rsidR="005C406E" w:rsidRPr="00731A7F" w:rsidRDefault="00373EA2" w:rsidP="00ED41A8">
            <w:pPr>
              <w:rPr>
                <w:rFonts w:ascii="Garamond" w:hAnsi="Garamond"/>
              </w:rPr>
            </w:pPr>
            <w:r w:rsidRPr="00731A7F">
              <w:rPr>
                <w:rFonts w:ascii="Garamond" w:hAnsi="Garamond"/>
              </w:rPr>
              <w:t>Stamp</w:t>
            </w:r>
          </w:p>
        </w:tc>
      </w:tr>
      <w:tr w:rsidR="005C406E" w:rsidRPr="00731A7F" w14:paraId="1E025530" w14:textId="77777777" w:rsidTr="00722CEC">
        <w:tc>
          <w:tcPr>
            <w:tcW w:w="3431" w:type="dxa"/>
          </w:tcPr>
          <w:p w14:paraId="2FF68097" w14:textId="77777777" w:rsidR="005C406E" w:rsidRPr="00731A7F" w:rsidRDefault="005C406E" w:rsidP="00ED41A8">
            <w:pPr>
              <w:rPr>
                <w:rFonts w:ascii="Garamond" w:hAnsi="Garamond"/>
              </w:rPr>
            </w:pPr>
          </w:p>
          <w:p w14:paraId="1EAFEF4F" w14:textId="77777777" w:rsidR="005C406E" w:rsidRPr="00731A7F" w:rsidRDefault="005C406E" w:rsidP="00ED41A8">
            <w:pPr>
              <w:rPr>
                <w:rFonts w:ascii="Garamond" w:hAnsi="Garamond"/>
              </w:rPr>
            </w:pPr>
          </w:p>
          <w:p w14:paraId="5E7C63FE" w14:textId="77777777" w:rsidR="005C406E" w:rsidRPr="00731A7F" w:rsidRDefault="005C406E" w:rsidP="00ED41A8">
            <w:pPr>
              <w:rPr>
                <w:rFonts w:ascii="Garamond" w:hAnsi="Garamond"/>
              </w:rPr>
            </w:pPr>
          </w:p>
          <w:p w14:paraId="6514ED40" w14:textId="77777777" w:rsidR="005C406E" w:rsidRPr="00731A7F" w:rsidRDefault="005C406E" w:rsidP="00ED41A8">
            <w:pPr>
              <w:rPr>
                <w:rFonts w:ascii="Garamond" w:hAnsi="Garamond"/>
              </w:rPr>
            </w:pPr>
          </w:p>
        </w:tc>
        <w:tc>
          <w:tcPr>
            <w:tcW w:w="3119" w:type="dxa"/>
          </w:tcPr>
          <w:p w14:paraId="6EDE9241" w14:textId="77777777" w:rsidR="005C406E" w:rsidRPr="00731A7F" w:rsidRDefault="005C406E" w:rsidP="00ED41A8">
            <w:pPr>
              <w:rPr>
                <w:rFonts w:ascii="Garamond" w:hAnsi="Garamond"/>
              </w:rPr>
            </w:pPr>
          </w:p>
          <w:p w14:paraId="6B9DB7EE" w14:textId="77777777" w:rsidR="005C406E" w:rsidRPr="00731A7F" w:rsidRDefault="005C406E" w:rsidP="00ED41A8">
            <w:pPr>
              <w:rPr>
                <w:rFonts w:ascii="Garamond" w:hAnsi="Garamond"/>
              </w:rPr>
            </w:pPr>
          </w:p>
          <w:p w14:paraId="1CA60A18" w14:textId="77777777" w:rsidR="005C406E" w:rsidRPr="00731A7F" w:rsidRDefault="005C406E" w:rsidP="00ED41A8">
            <w:pPr>
              <w:rPr>
                <w:rFonts w:ascii="Garamond" w:hAnsi="Garamond"/>
              </w:rPr>
            </w:pPr>
          </w:p>
          <w:p w14:paraId="28DDEC19" w14:textId="77777777" w:rsidR="005C406E" w:rsidRPr="00731A7F" w:rsidRDefault="005C406E" w:rsidP="00ED41A8">
            <w:pPr>
              <w:rPr>
                <w:rFonts w:ascii="Garamond" w:hAnsi="Garamond"/>
              </w:rPr>
            </w:pPr>
          </w:p>
          <w:p w14:paraId="64B74975" w14:textId="77777777" w:rsidR="005C406E" w:rsidRPr="00731A7F" w:rsidRDefault="005C406E" w:rsidP="00ED41A8">
            <w:pPr>
              <w:rPr>
                <w:rFonts w:ascii="Garamond" w:hAnsi="Garamond"/>
              </w:rPr>
            </w:pPr>
          </w:p>
          <w:p w14:paraId="6689E731" w14:textId="77777777" w:rsidR="005C406E" w:rsidRPr="00731A7F" w:rsidRDefault="005C406E" w:rsidP="00ED41A8">
            <w:pPr>
              <w:rPr>
                <w:rFonts w:ascii="Garamond" w:hAnsi="Garamond"/>
              </w:rPr>
            </w:pPr>
          </w:p>
        </w:tc>
        <w:tc>
          <w:tcPr>
            <w:tcW w:w="3118" w:type="dxa"/>
          </w:tcPr>
          <w:p w14:paraId="53772CE6" w14:textId="77777777" w:rsidR="005C406E" w:rsidRPr="00731A7F" w:rsidRDefault="005C406E" w:rsidP="00ED41A8">
            <w:pPr>
              <w:rPr>
                <w:rFonts w:ascii="Garamond" w:hAnsi="Garamond"/>
              </w:rPr>
            </w:pPr>
          </w:p>
        </w:tc>
      </w:tr>
    </w:tbl>
    <w:p w14:paraId="5A8ADFE9" w14:textId="77777777" w:rsidR="005C406E" w:rsidRPr="00731A7F" w:rsidRDefault="005C406E" w:rsidP="005C406E">
      <w:pPr>
        <w:rPr>
          <w:rFonts w:ascii="Garamond" w:hAnsi="Garamond"/>
          <w:b/>
        </w:rPr>
      </w:pPr>
    </w:p>
    <w:p w14:paraId="1CBCE6CE" w14:textId="77777777" w:rsidR="005C406E" w:rsidRPr="00731A7F" w:rsidRDefault="005C406E" w:rsidP="005C406E">
      <w:pPr>
        <w:rPr>
          <w:rFonts w:ascii="Garamond" w:hAnsi="Garamond"/>
        </w:rPr>
      </w:pPr>
    </w:p>
    <w:p w14:paraId="15EF3BAA" w14:textId="77777777" w:rsidR="005C406E" w:rsidRPr="00731A7F" w:rsidRDefault="005C406E" w:rsidP="005C406E">
      <w:pPr>
        <w:rPr>
          <w:rFonts w:ascii="Garamond" w:hAnsi="Garamond"/>
        </w:rPr>
      </w:pPr>
    </w:p>
    <w:p w14:paraId="4F29D41F" w14:textId="77777777" w:rsidR="005C406E" w:rsidRPr="00731A7F" w:rsidRDefault="005C406E" w:rsidP="00F442D6">
      <w:pPr>
        <w:rPr>
          <w:rFonts w:ascii="Garamond" w:hAnsi="Garamond"/>
          <w:b/>
          <w:bCs/>
        </w:rPr>
      </w:pPr>
    </w:p>
    <w:sectPr w:rsidR="005C406E" w:rsidRPr="00731A7F" w:rsidSect="00034616">
      <w:footerReference w:type="defaul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9437E" w14:textId="77777777" w:rsidR="002078C1" w:rsidRDefault="002078C1">
      <w:pPr>
        <w:spacing w:after="0" w:line="240" w:lineRule="auto"/>
      </w:pPr>
      <w:r>
        <w:separator/>
      </w:r>
    </w:p>
  </w:endnote>
  <w:endnote w:type="continuationSeparator" w:id="0">
    <w:p w14:paraId="76025B22" w14:textId="77777777" w:rsidR="002078C1" w:rsidRDefault="00207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Optima">
    <w:altName w:val="Bell MT"/>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ld Style MT Std">
    <w:altName w:val="Goudy Old Style"/>
    <w:panose1 w:val="00000000000000000000"/>
    <w:charset w:val="00"/>
    <w:family w:val="roman"/>
    <w:notTrueType/>
    <w:pitch w:val="variable"/>
    <w:sig w:usb0="00000003"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2E16B" w14:textId="77777777" w:rsidR="006464DC" w:rsidRDefault="006464DC" w:rsidP="00021FE9">
    <w:pPr>
      <w:pStyle w:val="Footer"/>
      <w:jc w:val="center"/>
    </w:pPr>
    <w:r>
      <w:rPr>
        <w:rFonts w:ascii="Garamond" w:hAnsi="Garamond"/>
        <w:noProof/>
        <w:sz w:val="20"/>
        <w:szCs w:val="20"/>
        <w:lang w:val="en-AU"/>
      </w:rPr>
      <mc:AlternateContent>
        <mc:Choice Requires="wpg">
          <w:drawing>
            <wp:anchor distT="0" distB="0" distL="114300" distR="114300" simplePos="0" relativeHeight="251658240" behindDoc="0" locked="0" layoutInCell="1" allowOverlap="1" wp14:anchorId="3831190D" wp14:editId="7E47E182">
              <wp:simplePos x="0" y="0"/>
              <wp:positionH relativeFrom="margin">
                <wp:posOffset>2079625</wp:posOffset>
              </wp:positionH>
              <wp:positionV relativeFrom="paragraph">
                <wp:posOffset>-44177</wp:posOffset>
              </wp:positionV>
              <wp:extent cx="1312545" cy="628015"/>
              <wp:effectExtent l="0" t="0" r="1905" b="635"/>
              <wp:wrapSquare wrapText="bothSides"/>
              <wp:docPr id="1359954490" name="Group 1359954490"/>
              <wp:cNvGraphicFramePr/>
              <a:graphic xmlns:a="http://schemas.openxmlformats.org/drawingml/2006/main">
                <a:graphicData uri="http://schemas.microsoft.com/office/word/2010/wordprocessingGroup">
                  <wpg:wgp>
                    <wpg:cNvGrpSpPr/>
                    <wpg:grpSpPr>
                      <a:xfrm>
                        <a:off x="0" y="0"/>
                        <a:ext cx="1312545" cy="628015"/>
                        <a:chOff x="0" y="0"/>
                        <a:chExt cx="1720215" cy="815340"/>
                      </a:xfrm>
                    </wpg:grpSpPr>
                    <pic:pic xmlns:pic="http://schemas.openxmlformats.org/drawingml/2006/picture">
                      <pic:nvPicPr>
                        <pic:cNvPr id="1190292517" name="Picture 11902925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75360" y="76200"/>
                          <a:ext cx="744855" cy="678180"/>
                        </a:xfrm>
                        <a:prstGeom prst="rect">
                          <a:avLst/>
                        </a:prstGeom>
                        <a:noFill/>
                        <a:ln>
                          <a:noFill/>
                        </a:ln>
                      </pic:spPr>
                    </pic:pic>
                    <pic:pic xmlns:pic="http://schemas.openxmlformats.org/drawingml/2006/picture">
                      <pic:nvPicPr>
                        <pic:cNvPr id="903797341" name="Picture 90379734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905" cy="8153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359954490" style="position:absolute;margin-left:163.75pt;margin-top:-3.5pt;width:103.35pt;height:49.45pt;z-index:251658240;mso-position-horizontal-relative:margin;mso-width-relative:margin;mso-height-relative:margin" coordsize="17202,8153" o:spid="_x0000_s1026" w14:anchorId="22937D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vq+q2Gh6Xca1qt3Hb2tnC011cSthY41BLMT&#10;2AAJpSlGMbvYFd6IsUV8y69/wU7+Flhrf2LQvA+tahYrIVkvi0cJYZ+8kbEkg/7RQ+oFeufBH9pL&#10;4WfHyykl8D6zIt5bruutLvoxHcwrnG4rkhl6fMpIGcHB4rwMBxVw7mmKeGwuJjKfa+/pe3N8rno4&#10;jKcywtH2tWk1Hv29e3zO+ooo3D1r6A84KKM5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j2ooooAMAdBRRRQAUUUUAGB6UYx0FFFABgHqKMDri&#10;iigAooooAKKKKACiiigAooooAKKKKACiiigAooooAMD0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m1fSl2j0oooAAAOlFFFABtHpRtHpRRQAY&#10;Hp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MDr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M0gYGgBaKTcKWgAooooAKKKKACiiigAooo&#10;oAKKKKACiiigAooooAKKKKACiiigAooooAKKKKACiiigAooooAKKKKACiiigAooooAKKKAc0AFFF&#10;GRnFABRRRQAUUUUAFFFFABRRRQAUUUUAFFFFABRRRQAUUUUAFFBIHWgEHpQAUUA5OMUUAFFFFABR&#10;RRQAUUUUAFFFFABRRRQAUUUUAFFFFABRRRQAUUUUAFFFFABRRRQAUUbhnFFABRQSB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90292517" style="position:absolute;left:9753;top:762;width:7449;height:678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">
                <v:imagedata o:title="" r:id="rId3"/>
              </v:shape>
              <v:shape id="Picture 903797341" style="position:absolute;width:8909;height:81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">
                <v:imagedata o:title="" r:id="rId4"/>
              </v:shape>
              <w10:wrap type="square" anchorx="margin"/>
            </v:group>
          </w:pict>
        </mc:Fallback>
      </mc:AlternateContent>
    </w:r>
  </w:p>
  <w:p w14:paraId="7D6EA51A" w14:textId="77777777" w:rsidR="006464DC" w:rsidRDefault="006464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2" w:name="_Hlk32502239"/>
  <w:p w14:paraId="257052A2" w14:textId="77777777" w:rsidR="006464DC" w:rsidRPr="002D1DF4" w:rsidRDefault="006464DC" w:rsidP="002D1DF4">
    <w:pPr>
      <w:jc w:val="center"/>
      <w:rPr>
        <w:rFonts w:ascii="Old Style MT Std" w:hAnsi="Old Style MT Std"/>
        <w:b/>
        <w:sz w:val="20"/>
        <w:szCs w:val="20"/>
        <w:lang w:val="en-AU"/>
      </w:rPr>
    </w:pPr>
    <w:r>
      <w:rPr>
        <w:rFonts w:ascii="Garamond" w:hAnsi="Garamond"/>
        <w:noProof/>
        <w:sz w:val="20"/>
        <w:szCs w:val="20"/>
        <w:lang w:val="en-AU"/>
      </w:rPr>
      <mc:AlternateContent>
        <mc:Choice Requires="wpg">
          <w:drawing>
            <wp:anchor distT="0" distB="0" distL="114300" distR="114300" simplePos="0" relativeHeight="251659264" behindDoc="0" locked="0" layoutInCell="1" allowOverlap="1" wp14:anchorId="7A0A3AE0" wp14:editId="7581999C">
              <wp:simplePos x="0" y="0"/>
              <wp:positionH relativeFrom="margin">
                <wp:align>center</wp:align>
              </wp:positionH>
              <wp:positionV relativeFrom="paragraph">
                <wp:posOffset>146050</wp:posOffset>
              </wp:positionV>
              <wp:extent cx="1513840" cy="80581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513840" cy="805815"/>
                        <a:chOff x="0" y="0"/>
                        <a:chExt cx="1720215" cy="81534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75360" y="76200"/>
                          <a:ext cx="744855" cy="678180"/>
                        </a:xfrm>
                        <a:prstGeom prst="rect">
                          <a:avLst/>
                        </a:prstGeom>
                        <a:noFill/>
                        <a:ln>
                          <a:noFill/>
                        </a:ln>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905" cy="8153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7" style="position:absolute;margin-left:0;margin-top:11.5pt;width:119.2pt;height:63.45pt;z-index:251659264;mso-position-horizontal:center;mso-position-horizontal-relative:margin;mso-width-relative:margin;mso-height-relative:margin" coordsize="17202,8153" o:spid="_x0000_s1026" w14:anchorId="6C3A9B0D"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r6vqthoel3Gtardx29rZwtNdXErYWONQSzE9gACaUpRjG72BXeiLFFfMuvf8FO/hZY&#10;a39i0LwPrWoWKyFZL4tHCWGfvJGxJIP+0UPqBXrnwR/aS+Fnx8spJfA+syLeW67rrS76MR3MK5xu&#10;K5IZenzKSBnBweK8DAcVcO5pinhsLiYyn2vv6XtzfK56OIynMsLR9rVpNR79vXt8zvqKKNw9a+gP&#10;OCijO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&#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&#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Y9qKKKADAHQUUUUAFFFFABgelGMdBRRQAYB6ijA64oooAKKKKACiiigAooooAKKKKACiiigA&#10;ooooAKKKKADA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tX0pdo9KKKAAADpRRRQAbR6UbR6UUUAGB6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jA64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jNIGBoAWik3CloAKKKKACiiigAooooAKKKKACiiigAooooAKKKKACiiigAooooAKK&#10;KKACiiigAooooAKKKKACiiigAooooAKKKKACiigHNABRRRkZxQAUUUUAFFFFABRRRQAUUUUAFFFF&#10;ABRRRQAUUUUAFFFFABRQSB1oBB6UAFFAOTjFFABRRRQAUUUUAFFFFABRRRQAUUUUAFFFFABRRRQA&#10;UUUUAFFFFABRRRQAUUUUAFFG4ZxRQAUUEg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9753;top:762;width:7449;height:678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">
                <v:imagedata o:title="" r:id="rId3"/>
              </v:shape>
              <v:shape id="Picture 6" style="position:absolute;width:8909;height:81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">
                <v:imagedata o:title="" r:id="rId4"/>
              </v:shape>
              <w10:wrap type="square" anchorx="margin"/>
            </v:group>
          </w:pict>
        </mc:Fallback>
      </mc:AlternateContent>
    </w:r>
    <w:bookmarkEnd w:id="12"/>
    <w:r>
      <w:rPr>
        <w:noProof/>
        <w:lang w:eastAsia="en-ZA"/>
      </w:rPr>
      <mc:AlternateContent>
        <mc:Choice Requires="wps">
          <w:drawing>
            <wp:anchor distT="4294967294" distB="4294967294" distL="114300" distR="114300" simplePos="0" relativeHeight="251656192" behindDoc="0" locked="0" layoutInCell="1" allowOverlap="1" wp14:anchorId="07EEE7CB" wp14:editId="733EFC6F">
              <wp:simplePos x="0" y="0"/>
              <wp:positionH relativeFrom="column">
                <wp:posOffset>0</wp:posOffset>
              </wp:positionH>
              <wp:positionV relativeFrom="paragraph">
                <wp:posOffset>-1</wp:posOffset>
              </wp:positionV>
              <wp:extent cx="6206490" cy="0"/>
              <wp:effectExtent l="0" t="0" r="3810" b="0"/>
              <wp:wrapNone/>
              <wp:docPr id="2"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a:xfrm>
                        <a:off x="0" y="0"/>
                        <a:ext cx="6206490"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a5a5a5" strokeweight=".5pt" from="0,0" to="488.7pt,0" w14:anchorId="104C7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">
              <v:stroke joinstyle="miter"/>
              <v:path arrowok="f"/>
              <o:lock v:ext="edit" verticies="t" aspectratio="t"/>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E5F8B" w14:textId="77777777" w:rsidR="002078C1" w:rsidRDefault="002078C1">
      <w:pPr>
        <w:spacing w:after="0" w:line="240" w:lineRule="auto"/>
      </w:pPr>
      <w:r>
        <w:separator/>
      </w:r>
    </w:p>
  </w:footnote>
  <w:footnote w:type="continuationSeparator" w:id="0">
    <w:p w14:paraId="4CA6C123" w14:textId="77777777" w:rsidR="002078C1" w:rsidRDefault="002078C1">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1ZYoJ9uGlQZU3Q" int2:id="DxJr0RdO">
      <int2:state int2:value="Rejected" int2:type="spell"/>
    </int2:textHash>
    <int2:textHash int2:hashCode="GDQtGz2nMlN7c/" int2:id="H6VJqUeV">
      <int2:state int2:value="Rejected" int2:type="spell"/>
    </int2:textHash>
    <int2:textHash int2:hashCode="KzNIGFTIw16BC1" int2:id="Xpn9T6F2">
      <int2:state int2:value="Rejected" int2:type="spell"/>
    </int2:textHash>
    <int2:textHash int2:hashCode="U7ChsvrfTgQM3C" int2:id="xHNyxwP6">
      <int2:state int2:value="Rejected" int2:type="spell"/>
    </int2:textHash>
    <int2:textHash int2:hashCode="9odgSugBvDkP8r" int2:id="1gPE9xZg">
      <int2:state int2:value="Rejected" int2:type="spell"/>
    </int2:textHash>
    <int2:textHash int2:hashCode="6XEWV7Bm/IaX9v" int2:id="6v6OmvLX">
      <int2:state int2:value="Rejected" int2:type="spell"/>
    </int2:textHash>
    <int2:textHash int2:hashCode="xmIYAjDK0UeH1K" int2:id="5AGggbNX">
      <int2:state int2:value="Rejected" int2:type="spell"/>
    </int2:textHash>
    <int2:textHash int2:hashCode="XyMh7njsJrbLH4" int2:id="vRNv8iWc">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9E3FB6"/>
    <w:multiLevelType w:val="hybridMultilevel"/>
    <w:tmpl w:val="E7740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A5864"/>
    <w:multiLevelType w:val="hybridMultilevel"/>
    <w:tmpl w:val="8E50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34A21"/>
    <w:multiLevelType w:val="hybridMultilevel"/>
    <w:tmpl w:val="18141220"/>
    <w:lvl w:ilvl="0" w:tplc="0809001B">
      <w:start w:val="1"/>
      <w:numFmt w:val="lowerRoman"/>
      <w:lvlText w:val="%1."/>
      <w:lvlJc w:val="right"/>
      <w:pPr>
        <w:ind w:left="382" w:hanging="360"/>
      </w:pPr>
    </w:lvl>
    <w:lvl w:ilvl="1" w:tplc="08090019" w:tentative="1">
      <w:start w:val="1"/>
      <w:numFmt w:val="lowerLetter"/>
      <w:lvlText w:val="%2."/>
      <w:lvlJc w:val="left"/>
      <w:pPr>
        <w:ind w:left="1102" w:hanging="360"/>
      </w:p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12" w15:restartNumberingAfterBreak="0">
    <w:nsid w:val="285B6953"/>
    <w:multiLevelType w:val="hybridMultilevel"/>
    <w:tmpl w:val="EB42F44E"/>
    <w:lvl w:ilvl="0" w:tplc="B33239E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B72E0"/>
    <w:multiLevelType w:val="hybridMultilevel"/>
    <w:tmpl w:val="9B9C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1923A8C"/>
    <w:multiLevelType w:val="hybridMultilevel"/>
    <w:tmpl w:val="9F6459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B3180F"/>
    <w:multiLevelType w:val="hybridMultilevel"/>
    <w:tmpl w:val="D3E21ABE"/>
    <w:lvl w:ilvl="0" w:tplc="3EA25D0A">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D477C08"/>
    <w:multiLevelType w:val="hybridMultilevel"/>
    <w:tmpl w:val="BEDC76E6"/>
    <w:lvl w:ilvl="0" w:tplc="B33239E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C60CDC"/>
    <w:multiLevelType w:val="hybridMultilevel"/>
    <w:tmpl w:val="2FA67CAC"/>
    <w:lvl w:ilvl="0" w:tplc="B33239E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4820562">
    <w:abstractNumId w:val="8"/>
  </w:num>
  <w:num w:numId="2" w16cid:durableId="1654680959">
    <w:abstractNumId w:val="6"/>
  </w:num>
  <w:num w:numId="3" w16cid:durableId="232934420">
    <w:abstractNumId w:val="5"/>
  </w:num>
  <w:num w:numId="4" w16cid:durableId="785268278">
    <w:abstractNumId w:val="4"/>
  </w:num>
  <w:num w:numId="5" w16cid:durableId="711999725">
    <w:abstractNumId w:val="7"/>
  </w:num>
  <w:num w:numId="6" w16cid:durableId="381174609">
    <w:abstractNumId w:val="3"/>
  </w:num>
  <w:num w:numId="7" w16cid:durableId="1871068723">
    <w:abstractNumId w:val="2"/>
  </w:num>
  <w:num w:numId="8" w16cid:durableId="486945859">
    <w:abstractNumId w:val="1"/>
  </w:num>
  <w:num w:numId="9" w16cid:durableId="121580365">
    <w:abstractNumId w:val="0"/>
  </w:num>
  <w:num w:numId="10" w16cid:durableId="578294160">
    <w:abstractNumId w:val="13"/>
  </w:num>
  <w:num w:numId="11" w16cid:durableId="629475134">
    <w:abstractNumId w:val="10"/>
  </w:num>
  <w:num w:numId="12" w16cid:durableId="358749484">
    <w:abstractNumId w:val="17"/>
  </w:num>
  <w:num w:numId="13" w16cid:durableId="744494663">
    <w:abstractNumId w:val="12"/>
  </w:num>
  <w:num w:numId="14" w16cid:durableId="1925265445">
    <w:abstractNumId w:val="18"/>
  </w:num>
  <w:num w:numId="15" w16cid:durableId="1823623055">
    <w:abstractNumId w:val="9"/>
  </w:num>
  <w:num w:numId="16" w16cid:durableId="1718162977">
    <w:abstractNumId w:val="15"/>
  </w:num>
  <w:num w:numId="17" w16cid:durableId="1293512800">
    <w:abstractNumId w:val="14"/>
  </w:num>
  <w:num w:numId="18" w16cid:durableId="16473895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29443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40D5"/>
    <w:rsid w:val="00031B05"/>
    <w:rsid w:val="00034616"/>
    <w:rsid w:val="0006063C"/>
    <w:rsid w:val="000B563B"/>
    <w:rsid w:val="000E5CAF"/>
    <w:rsid w:val="0015074B"/>
    <w:rsid w:val="001A750F"/>
    <w:rsid w:val="001A76B4"/>
    <w:rsid w:val="001E317E"/>
    <w:rsid w:val="002010C8"/>
    <w:rsid w:val="002078C1"/>
    <w:rsid w:val="00210ADA"/>
    <w:rsid w:val="002135C5"/>
    <w:rsid w:val="00221395"/>
    <w:rsid w:val="00225962"/>
    <w:rsid w:val="0029639D"/>
    <w:rsid w:val="002C3125"/>
    <w:rsid w:val="00326F90"/>
    <w:rsid w:val="00373EA2"/>
    <w:rsid w:val="00375AF0"/>
    <w:rsid w:val="004546E0"/>
    <w:rsid w:val="00556D91"/>
    <w:rsid w:val="005C406E"/>
    <w:rsid w:val="006464DC"/>
    <w:rsid w:val="00722CEC"/>
    <w:rsid w:val="00731A7F"/>
    <w:rsid w:val="007F6BFE"/>
    <w:rsid w:val="00841E17"/>
    <w:rsid w:val="008811E3"/>
    <w:rsid w:val="008B7E68"/>
    <w:rsid w:val="008F4ACB"/>
    <w:rsid w:val="009B177B"/>
    <w:rsid w:val="00AA1D8D"/>
    <w:rsid w:val="00AB25CD"/>
    <w:rsid w:val="00B14B4B"/>
    <w:rsid w:val="00B47730"/>
    <w:rsid w:val="00CB0664"/>
    <w:rsid w:val="00CF5B42"/>
    <w:rsid w:val="00DD3B60"/>
    <w:rsid w:val="00EA31FA"/>
    <w:rsid w:val="00F442D6"/>
    <w:rsid w:val="00FC693F"/>
    <w:rsid w:val="00FD4A5A"/>
    <w:rsid w:val="3F91506E"/>
    <w:rsid w:val="6AA1E7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DA34C5"/>
  <w14:defaultImageDpi w14:val="300"/>
  <w15:docId w15:val="{E1AAC495-0DAA-4BD9-B644-8AF714285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rsid w:val="006464DC"/>
    <w:rPr>
      <w:color w:val="0000FF"/>
      <w:u w:val="single"/>
    </w:rPr>
  </w:style>
  <w:style w:type="paragraph" w:styleId="NormalWeb">
    <w:name w:val="Normal (Web)"/>
    <w:basedOn w:val="Normal"/>
    <w:uiPriority w:val="99"/>
    <w:semiHidden/>
    <w:unhideWhenUsed/>
    <w:rsid w:val="004546E0"/>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1A750F"/>
    <w:rPr>
      <w:color w:val="605E5C"/>
      <w:shd w:val="clear" w:color="auto" w:fill="E1DFDD"/>
    </w:rPr>
  </w:style>
  <w:style w:type="paragraph" w:customStyle="1" w:styleId="titlefront">
    <w:name w:val="title_front"/>
    <w:basedOn w:val="Normal"/>
    <w:rsid w:val="00F442D6"/>
    <w:pPr>
      <w:spacing w:before="240" w:after="0" w:line="240" w:lineRule="auto"/>
      <w:ind w:left="1701"/>
      <w:jc w:val="right"/>
    </w:pPr>
    <w:rPr>
      <w:rFonts w:ascii="Optima" w:eastAsia="Times New Roman" w:hAnsi="Optima" w:cs="Times New Roman"/>
      <w:b/>
      <w:sz w:val="28"/>
      <w:szCs w:val="20"/>
      <w:lang w:val="fr-FR" w:eastAsia="fr-FR" w:bidi="fr-FR"/>
    </w:rPr>
  </w:style>
  <w:style w:type="paragraph" w:customStyle="1" w:styleId="Text1">
    <w:name w:val="Text 1"/>
    <w:basedOn w:val="Normal"/>
    <w:link w:val="Text1Char"/>
    <w:qFormat/>
    <w:rsid w:val="00210ADA"/>
    <w:pPr>
      <w:spacing w:before="120" w:after="120" w:line="240" w:lineRule="auto"/>
      <w:ind w:left="850"/>
      <w:jc w:val="both"/>
    </w:pPr>
    <w:rPr>
      <w:rFonts w:ascii="Times New Roman" w:eastAsia="Calibri" w:hAnsi="Times New Roman" w:cs="Times New Roman"/>
      <w:sz w:val="24"/>
      <w:lang w:val="fr-FR"/>
    </w:rPr>
  </w:style>
  <w:style w:type="character" w:customStyle="1" w:styleId="Text1Char">
    <w:name w:val="Text 1 Char"/>
    <w:link w:val="Text1"/>
    <w:rsid w:val="00210ADA"/>
    <w:rPr>
      <w:rFonts w:ascii="Times New Roman" w:eastAsia="Calibri" w:hAnsi="Times New Roman" w:cs="Times New Roman"/>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760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southsudan@africanparks.org"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60FCF5C57CB14095A05E0CCEDAECEB" ma:contentTypeVersion="16" ma:contentTypeDescription="Create a new document." ma:contentTypeScope="" ma:versionID="e099e881160d7a2253bf03c7959b733a">
  <xsd:schema xmlns:xsd="http://www.w3.org/2001/XMLSchema" xmlns:xs="http://www.w3.org/2001/XMLSchema" xmlns:p="http://schemas.microsoft.com/office/2006/metadata/properties" xmlns:ns2="7282f169-d601-4079-a79c-d2017dd962f8" xmlns:ns3="8fd9eb14-7f20-47d5-a53f-8806e6f31df1" targetNamespace="http://schemas.microsoft.com/office/2006/metadata/properties" ma:root="true" ma:fieldsID="a1c7d49c1abc64711ccba8dd3c12013d" ns2:_="" ns3:_="">
    <xsd:import namespace="7282f169-d601-4079-a79c-d2017dd962f8"/>
    <xsd:import namespace="8fd9eb14-7f20-47d5-a53f-8806e6f31df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2f169-d601-4079-a79c-d2017dd962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34e2843-7959-42b7-b265-3431eeb1fc8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d9eb14-7f20-47d5-a53f-8806e6f31df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1afb651-81b9-4e75-94f1-ed0f1f463eee}" ma:internalName="TaxCatchAll" ma:showField="CatchAllData" ma:web="8fd9eb14-7f20-47d5-a53f-8806e6f31df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fd9eb14-7f20-47d5-a53f-8806e6f31df1" xsi:nil="true"/>
    <lcf76f155ced4ddcb4097134ff3c332f xmlns="7282f169-d601-4079-a79c-d2017dd962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0ACC55-97B3-4C46-BB79-334EA175CF80}">
  <ds:schemaRefs>
    <ds:schemaRef ds:uri="http://schemas.openxmlformats.org/officeDocument/2006/bibliography"/>
  </ds:schemaRefs>
</ds:datastoreItem>
</file>

<file path=customXml/itemProps2.xml><?xml version="1.0" encoding="utf-8"?>
<ds:datastoreItem xmlns:ds="http://schemas.openxmlformats.org/officeDocument/2006/customXml" ds:itemID="{B30E0051-1EA5-4011-89AD-66F059CA70A6}">
  <ds:schemaRefs>
    <ds:schemaRef ds:uri="http://schemas.microsoft.com/sharepoint/v3/contenttype/forms"/>
  </ds:schemaRefs>
</ds:datastoreItem>
</file>

<file path=customXml/itemProps3.xml><?xml version="1.0" encoding="utf-8"?>
<ds:datastoreItem xmlns:ds="http://schemas.openxmlformats.org/officeDocument/2006/customXml" ds:itemID="{0413CB53-FBCF-4D00-A0BD-036C1CF35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2f169-d601-4079-a79c-d2017dd962f8"/>
    <ds:schemaRef ds:uri="8fd9eb14-7f20-47d5-a53f-8806e6f31d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30B6AF-491B-4C70-9306-ED8F6160C6FC}">
  <ds:schemaRefs>
    <ds:schemaRef ds:uri="http://schemas.microsoft.com/office/2006/metadata/properties"/>
    <ds:schemaRef ds:uri="http://schemas.microsoft.com/office/infopath/2007/PartnerControls"/>
    <ds:schemaRef ds:uri="8fd9eb14-7f20-47d5-a53f-8806e6f31df1"/>
    <ds:schemaRef ds:uri="7282f169-d601-4079-a79c-d2017dd962f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560</Words>
  <Characters>3092</Characters>
  <Application>Microsoft Office Word</Application>
  <DocSecurity>0</DocSecurity>
  <Lines>176</Lines>
  <Paragraphs>101</Paragraphs>
  <ScaleCrop>false</ScaleCrop>
  <Manager/>
  <Company/>
  <LinksUpToDate>false</LinksUpToDate>
  <CharactersWithSpaces>3556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Clement Lupai</cp:lastModifiedBy>
  <cp:revision>3</cp:revision>
  <cp:lastPrinted>2025-11-26T08:01:00Z</cp:lastPrinted>
  <dcterms:created xsi:type="dcterms:W3CDTF">2026-03-16T14:17:00Z</dcterms:created>
  <dcterms:modified xsi:type="dcterms:W3CDTF">2026-03-16T14:17:00Z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0x010100A060FCF5C57CB14095A05E0CCEDAECEB</vt:lpwstr>
  </property>
  <property fmtid="{D5CDD505-2E9C-101B-9397-08002B2CF9AE}" pid="3" name="MediaServiceImageTags">
    <vt:lpwstr/>
  </property>
</Properties>
</file>